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CFAA0" w14:textId="77777777" w:rsidR="00D26B6F" w:rsidRPr="007D5062" w:rsidRDefault="00536DF1" w:rsidP="00DC5857">
      <w:pPr>
        <w:jc w:val="center"/>
        <w:rPr>
          <w:rFonts w:ascii="Calibri" w:hAnsi="Calibri" w:cs="Calibri"/>
          <w:b/>
          <w:bCs/>
          <w:color w:val="000000" w:themeColor="text1"/>
        </w:rPr>
      </w:pPr>
      <w:r w:rsidRPr="007D5062">
        <w:rPr>
          <w:rFonts w:ascii="Calibri" w:hAnsi="Calibri" w:cs="Calibri"/>
          <w:b/>
          <w:bCs/>
          <w:color w:val="000000" w:themeColor="text1"/>
        </w:rPr>
        <w:t>FORMATO INSTITUCIONAL PARA LA PRESENTACIÓN DE PROYECTOS PEDAGÓGICOS PRODUCTIVOS (PPP)</w:t>
      </w:r>
    </w:p>
    <w:p w14:paraId="0BA11683" w14:textId="2C3F3E27" w:rsidR="005410E2" w:rsidRPr="007D5062" w:rsidRDefault="00536DF1" w:rsidP="005410E2">
      <w:pPr>
        <w:pStyle w:val="Ttulo1"/>
        <w:numPr>
          <w:ilvl w:val="0"/>
          <w:numId w:val="10"/>
        </w:numPr>
        <w:rPr>
          <w:rFonts w:ascii="Calibri" w:hAnsi="Calibri" w:cs="Calibri"/>
          <w:color w:val="000000" w:themeColor="text1"/>
          <w:sz w:val="22"/>
          <w:szCs w:val="22"/>
        </w:rPr>
      </w:pPr>
      <w:r w:rsidRPr="007D5062">
        <w:rPr>
          <w:rFonts w:ascii="Calibri" w:hAnsi="Calibri" w:cs="Calibri"/>
          <w:color w:val="000000" w:themeColor="text1"/>
          <w:sz w:val="22"/>
          <w:szCs w:val="22"/>
        </w:rPr>
        <w:t>INFORMACIÓN GENERAL DE LA INSTITUCIÓN EDUCATIVA</w:t>
      </w:r>
    </w:p>
    <w:p w14:paraId="66F97EAC" w14:textId="77777777" w:rsidR="005410E2" w:rsidRPr="007D5062" w:rsidRDefault="005410E2" w:rsidP="005410E2">
      <w:pPr>
        <w:rPr>
          <w:rFonts w:ascii="Calibri" w:hAnsi="Calibri" w:cs="Calibri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784"/>
        <w:gridCol w:w="5846"/>
      </w:tblGrid>
      <w:tr w:rsidR="004E4959" w:rsidRPr="007D5062" w14:paraId="60110146" w14:textId="77777777" w:rsidTr="008954D0">
        <w:tc>
          <w:tcPr>
            <w:tcW w:w="2830" w:type="dxa"/>
          </w:tcPr>
          <w:p w14:paraId="234ACDB9" w14:textId="77777777" w:rsidR="004E4959" w:rsidRPr="007D5062" w:rsidRDefault="004E4959" w:rsidP="004E4959">
            <w:pPr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 xml:space="preserve">Nombre de la Institución </w:t>
            </w:r>
          </w:p>
        </w:tc>
        <w:tc>
          <w:tcPr>
            <w:tcW w:w="5998" w:type="dxa"/>
          </w:tcPr>
          <w:p w14:paraId="07C307DB" w14:textId="77777777" w:rsidR="004E4959" w:rsidRPr="007D5062" w:rsidRDefault="004E4959" w:rsidP="004E4959">
            <w:pPr>
              <w:rPr>
                <w:rFonts w:ascii="Calibri" w:hAnsi="Calibri" w:cs="Calibri"/>
              </w:rPr>
            </w:pPr>
          </w:p>
        </w:tc>
      </w:tr>
      <w:tr w:rsidR="004E4959" w:rsidRPr="007D5062" w14:paraId="24BADBD5" w14:textId="77777777" w:rsidTr="008954D0">
        <w:tc>
          <w:tcPr>
            <w:tcW w:w="2830" w:type="dxa"/>
          </w:tcPr>
          <w:p w14:paraId="076AB46C" w14:textId="77777777" w:rsidR="004E4959" w:rsidRPr="007D5062" w:rsidRDefault="004E4959" w:rsidP="004E4959">
            <w:pPr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 xml:space="preserve">Municipio </w:t>
            </w:r>
          </w:p>
        </w:tc>
        <w:tc>
          <w:tcPr>
            <w:tcW w:w="5998" w:type="dxa"/>
          </w:tcPr>
          <w:p w14:paraId="23984C7B" w14:textId="77777777" w:rsidR="004E4959" w:rsidRPr="007D5062" w:rsidRDefault="004E4959" w:rsidP="004E4959">
            <w:pPr>
              <w:rPr>
                <w:rFonts w:ascii="Calibri" w:hAnsi="Calibri" w:cs="Calibri"/>
              </w:rPr>
            </w:pPr>
          </w:p>
        </w:tc>
      </w:tr>
      <w:tr w:rsidR="004E4959" w:rsidRPr="007D5062" w14:paraId="343A0AB3" w14:textId="77777777" w:rsidTr="008954D0">
        <w:tc>
          <w:tcPr>
            <w:tcW w:w="2830" w:type="dxa"/>
          </w:tcPr>
          <w:p w14:paraId="2F90495B" w14:textId="77777777" w:rsidR="004E4959" w:rsidRPr="007D5062" w:rsidRDefault="004E4959" w:rsidP="004E4959">
            <w:pPr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 xml:space="preserve">Zona </w:t>
            </w:r>
          </w:p>
        </w:tc>
        <w:tc>
          <w:tcPr>
            <w:tcW w:w="5998" w:type="dxa"/>
          </w:tcPr>
          <w:p w14:paraId="4D5AECC4" w14:textId="77777777" w:rsidR="004E4959" w:rsidRPr="007D5062" w:rsidRDefault="004E4959" w:rsidP="004E4959">
            <w:pPr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 xml:space="preserve">Rural o urbana </w:t>
            </w:r>
          </w:p>
        </w:tc>
      </w:tr>
      <w:tr w:rsidR="004E4959" w:rsidRPr="007D5062" w14:paraId="57F7276A" w14:textId="77777777" w:rsidTr="008954D0">
        <w:tc>
          <w:tcPr>
            <w:tcW w:w="2830" w:type="dxa"/>
          </w:tcPr>
          <w:p w14:paraId="31B9334B" w14:textId="77777777" w:rsidR="004E4959" w:rsidRPr="007D5062" w:rsidRDefault="004E4959" w:rsidP="004E4959">
            <w:pPr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 xml:space="preserve">Identificación DANE </w:t>
            </w:r>
          </w:p>
        </w:tc>
        <w:tc>
          <w:tcPr>
            <w:tcW w:w="5998" w:type="dxa"/>
          </w:tcPr>
          <w:p w14:paraId="28F19BEA" w14:textId="77777777" w:rsidR="004E4959" w:rsidRPr="007D5062" w:rsidRDefault="004E4959" w:rsidP="004E4959">
            <w:pPr>
              <w:rPr>
                <w:rFonts w:ascii="Calibri" w:hAnsi="Calibri" w:cs="Calibri"/>
              </w:rPr>
            </w:pPr>
          </w:p>
        </w:tc>
      </w:tr>
      <w:tr w:rsidR="004E4959" w:rsidRPr="007D5062" w14:paraId="61B8D2F5" w14:textId="77777777" w:rsidTr="008954D0">
        <w:tc>
          <w:tcPr>
            <w:tcW w:w="2830" w:type="dxa"/>
          </w:tcPr>
          <w:p w14:paraId="3FAFEB52" w14:textId="77777777" w:rsidR="004E4959" w:rsidRPr="007D5062" w:rsidRDefault="004E4959" w:rsidP="004E4959">
            <w:pPr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 xml:space="preserve">Especialidad </w:t>
            </w:r>
          </w:p>
        </w:tc>
        <w:tc>
          <w:tcPr>
            <w:tcW w:w="5998" w:type="dxa"/>
          </w:tcPr>
          <w:p w14:paraId="5AE36C26" w14:textId="77777777" w:rsidR="004E4959" w:rsidRPr="007D5062" w:rsidRDefault="004E4959" w:rsidP="004E4959">
            <w:pPr>
              <w:rPr>
                <w:rFonts w:ascii="Calibri" w:hAnsi="Calibri" w:cs="Calibri"/>
              </w:rPr>
            </w:pPr>
          </w:p>
        </w:tc>
      </w:tr>
      <w:tr w:rsidR="004E4959" w:rsidRPr="007D5062" w14:paraId="55C45871" w14:textId="77777777" w:rsidTr="008954D0">
        <w:tc>
          <w:tcPr>
            <w:tcW w:w="2830" w:type="dxa"/>
          </w:tcPr>
          <w:p w14:paraId="0A81E317" w14:textId="77777777" w:rsidR="004E4959" w:rsidRPr="007D5062" w:rsidRDefault="004E4959" w:rsidP="004E4959">
            <w:pPr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 xml:space="preserve">Modelos Flexibles </w:t>
            </w:r>
          </w:p>
        </w:tc>
        <w:tc>
          <w:tcPr>
            <w:tcW w:w="5998" w:type="dxa"/>
          </w:tcPr>
          <w:p w14:paraId="33F193EA" w14:textId="77777777" w:rsidR="004E4959" w:rsidRPr="007D5062" w:rsidRDefault="004E4959" w:rsidP="004E4959">
            <w:pPr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>Si manejan, ¿Cuáles?</w:t>
            </w:r>
          </w:p>
        </w:tc>
      </w:tr>
      <w:tr w:rsidR="004E4959" w:rsidRPr="007D5062" w14:paraId="270AEEAF" w14:textId="77777777" w:rsidTr="008954D0">
        <w:tc>
          <w:tcPr>
            <w:tcW w:w="2830" w:type="dxa"/>
          </w:tcPr>
          <w:p w14:paraId="6881B81F" w14:textId="77777777" w:rsidR="004E4959" w:rsidRPr="007D5062" w:rsidRDefault="004E4959" w:rsidP="004E4959">
            <w:pPr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 xml:space="preserve">No. de Sedes </w:t>
            </w:r>
          </w:p>
        </w:tc>
        <w:tc>
          <w:tcPr>
            <w:tcW w:w="5998" w:type="dxa"/>
          </w:tcPr>
          <w:p w14:paraId="53816BA1" w14:textId="77777777" w:rsidR="004E4959" w:rsidRPr="007D5062" w:rsidRDefault="004E4959" w:rsidP="004E4959">
            <w:pPr>
              <w:rPr>
                <w:rFonts w:ascii="Calibri" w:hAnsi="Calibri" w:cs="Calibri"/>
              </w:rPr>
            </w:pPr>
          </w:p>
        </w:tc>
      </w:tr>
      <w:tr w:rsidR="004E4959" w:rsidRPr="007D5062" w14:paraId="4F5E6407" w14:textId="77777777" w:rsidTr="008954D0">
        <w:tc>
          <w:tcPr>
            <w:tcW w:w="2830" w:type="dxa"/>
          </w:tcPr>
          <w:p w14:paraId="69737854" w14:textId="77777777" w:rsidR="004E4959" w:rsidRPr="007D5062" w:rsidRDefault="004E4959" w:rsidP="004E4959">
            <w:pPr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 xml:space="preserve">Articulado con el SENA </w:t>
            </w:r>
          </w:p>
        </w:tc>
        <w:tc>
          <w:tcPr>
            <w:tcW w:w="5998" w:type="dxa"/>
          </w:tcPr>
          <w:p w14:paraId="0DDC16AB" w14:textId="77777777" w:rsidR="004E4959" w:rsidRPr="007D5062" w:rsidRDefault="004E4959" w:rsidP="004E4959">
            <w:pPr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 xml:space="preserve">Escribir en que especialidad </w:t>
            </w:r>
          </w:p>
        </w:tc>
      </w:tr>
      <w:tr w:rsidR="004E4959" w:rsidRPr="007D5062" w14:paraId="2B346D8C" w14:textId="77777777" w:rsidTr="008954D0">
        <w:tc>
          <w:tcPr>
            <w:tcW w:w="2830" w:type="dxa"/>
          </w:tcPr>
          <w:p w14:paraId="73304C70" w14:textId="77777777" w:rsidR="004E4959" w:rsidRPr="007D5062" w:rsidRDefault="004E4959" w:rsidP="004E4959">
            <w:pPr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 xml:space="preserve">Nombre del Rector </w:t>
            </w:r>
          </w:p>
        </w:tc>
        <w:tc>
          <w:tcPr>
            <w:tcW w:w="5998" w:type="dxa"/>
          </w:tcPr>
          <w:p w14:paraId="1EF1541C" w14:textId="77777777" w:rsidR="004E4959" w:rsidRPr="007D5062" w:rsidRDefault="004E4959" w:rsidP="004E4959">
            <w:pPr>
              <w:rPr>
                <w:rFonts w:ascii="Calibri" w:hAnsi="Calibri" w:cs="Calibri"/>
              </w:rPr>
            </w:pPr>
          </w:p>
        </w:tc>
      </w:tr>
      <w:tr w:rsidR="004E4959" w:rsidRPr="007D5062" w14:paraId="280F4663" w14:textId="77777777" w:rsidTr="008954D0">
        <w:tc>
          <w:tcPr>
            <w:tcW w:w="2830" w:type="dxa"/>
          </w:tcPr>
          <w:p w14:paraId="155B5041" w14:textId="77777777" w:rsidR="004E4959" w:rsidRPr="007D5062" w:rsidRDefault="004E4959" w:rsidP="004E4959">
            <w:pPr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>Teléfono de contacto del rector</w:t>
            </w:r>
          </w:p>
        </w:tc>
        <w:tc>
          <w:tcPr>
            <w:tcW w:w="5998" w:type="dxa"/>
          </w:tcPr>
          <w:p w14:paraId="6B229086" w14:textId="77777777" w:rsidR="004E4959" w:rsidRPr="007D5062" w:rsidRDefault="004E4959" w:rsidP="004E4959">
            <w:pPr>
              <w:rPr>
                <w:rFonts w:ascii="Calibri" w:hAnsi="Calibri" w:cs="Calibri"/>
              </w:rPr>
            </w:pPr>
          </w:p>
        </w:tc>
      </w:tr>
      <w:tr w:rsidR="004E4959" w:rsidRPr="007D5062" w14:paraId="253D41A4" w14:textId="77777777" w:rsidTr="008954D0">
        <w:tc>
          <w:tcPr>
            <w:tcW w:w="2830" w:type="dxa"/>
          </w:tcPr>
          <w:p w14:paraId="6D0C1868" w14:textId="77777777" w:rsidR="004E4959" w:rsidRPr="007D5062" w:rsidRDefault="004E4959" w:rsidP="004E4959">
            <w:pPr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 xml:space="preserve">No de estudiantes </w:t>
            </w:r>
          </w:p>
        </w:tc>
        <w:tc>
          <w:tcPr>
            <w:tcW w:w="5998" w:type="dxa"/>
          </w:tcPr>
          <w:p w14:paraId="041142D3" w14:textId="77777777" w:rsidR="004E4959" w:rsidRPr="007D5062" w:rsidRDefault="004E4959" w:rsidP="004E4959">
            <w:pPr>
              <w:rPr>
                <w:rFonts w:ascii="Calibri" w:hAnsi="Calibri" w:cs="Calibri"/>
              </w:rPr>
            </w:pPr>
          </w:p>
        </w:tc>
      </w:tr>
      <w:tr w:rsidR="004E4959" w:rsidRPr="007D5062" w14:paraId="7150A3DB" w14:textId="77777777" w:rsidTr="008954D0">
        <w:tc>
          <w:tcPr>
            <w:tcW w:w="2830" w:type="dxa"/>
          </w:tcPr>
          <w:p w14:paraId="3A0BF1C4" w14:textId="77777777" w:rsidR="004E4959" w:rsidRPr="007D5062" w:rsidRDefault="004E4959" w:rsidP="004E4959">
            <w:pPr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 xml:space="preserve">No de Docentes </w:t>
            </w:r>
          </w:p>
        </w:tc>
        <w:tc>
          <w:tcPr>
            <w:tcW w:w="5998" w:type="dxa"/>
          </w:tcPr>
          <w:p w14:paraId="7746C717" w14:textId="77777777" w:rsidR="004E4959" w:rsidRPr="007D5062" w:rsidRDefault="004E4959" w:rsidP="004E4959">
            <w:pPr>
              <w:rPr>
                <w:rFonts w:ascii="Calibri" w:hAnsi="Calibri" w:cs="Calibri"/>
              </w:rPr>
            </w:pPr>
          </w:p>
        </w:tc>
      </w:tr>
      <w:tr w:rsidR="004E4959" w:rsidRPr="007D5062" w14:paraId="267911B7" w14:textId="77777777" w:rsidTr="008954D0">
        <w:tc>
          <w:tcPr>
            <w:tcW w:w="2830" w:type="dxa"/>
          </w:tcPr>
          <w:p w14:paraId="3DAAF4FB" w14:textId="77777777" w:rsidR="004E4959" w:rsidRPr="007D5062" w:rsidRDefault="004E4959" w:rsidP="004E4959">
            <w:pPr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>Nombre del docente que lidera el proyecto productivo en la I.E.</w:t>
            </w:r>
          </w:p>
        </w:tc>
        <w:tc>
          <w:tcPr>
            <w:tcW w:w="5998" w:type="dxa"/>
          </w:tcPr>
          <w:p w14:paraId="628514BA" w14:textId="77777777" w:rsidR="004E4959" w:rsidRPr="007D5062" w:rsidRDefault="004E4959" w:rsidP="004E4959">
            <w:pPr>
              <w:rPr>
                <w:rFonts w:ascii="Calibri" w:hAnsi="Calibri" w:cs="Calibri"/>
              </w:rPr>
            </w:pPr>
          </w:p>
        </w:tc>
      </w:tr>
      <w:tr w:rsidR="004E4959" w:rsidRPr="007D5062" w14:paraId="63D81D99" w14:textId="77777777" w:rsidTr="008954D0">
        <w:tc>
          <w:tcPr>
            <w:tcW w:w="2830" w:type="dxa"/>
          </w:tcPr>
          <w:p w14:paraId="0DA973C6" w14:textId="77777777" w:rsidR="004E4959" w:rsidRPr="007D5062" w:rsidRDefault="004E4959" w:rsidP="004E4959">
            <w:pPr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>Teléfono del docente</w:t>
            </w:r>
          </w:p>
        </w:tc>
        <w:tc>
          <w:tcPr>
            <w:tcW w:w="5998" w:type="dxa"/>
          </w:tcPr>
          <w:p w14:paraId="38CB21B0" w14:textId="77777777" w:rsidR="004E4959" w:rsidRPr="007D5062" w:rsidRDefault="004E4959" w:rsidP="004E4959">
            <w:pPr>
              <w:rPr>
                <w:rFonts w:ascii="Calibri" w:hAnsi="Calibri" w:cs="Calibri"/>
              </w:rPr>
            </w:pPr>
          </w:p>
        </w:tc>
      </w:tr>
      <w:tr w:rsidR="004E4959" w:rsidRPr="007D5062" w14:paraId="5A0D816E" w14:textId="77777777" w:rsidTr="008954D0">
        <w:tc>
          <w:tcPr>
            <w:tcW w:w="2830" w:type="dxa"/>
          </w:tcPr>
          <w:p w14:paraId="74F46D6A" w14:textId="77777777" w:rsidR="004E4959" w:rsidRPr="007D5062" w:rsidRDefault="004E4959" w:rsidP="004E4959">
            <w:pPr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 xml:space="preserve">Correo del docente </w:t>
            </w:r>
          </w:p>
        </w:tc>
        <w:tc>
          <w:tcPr>
            <w:tcW w:w="5998" w:type="dxa"/>
          </w:tcPr>
          <w:p w14:paraId="60167EDB" w14:textId="77777777" w:rsidR="004E4959" w:rsidRPr="007D5062" w:rsidRDefault="004E4959" w:rsidP="004E4959">
            <w:pPr>
              <w:rPr>
                <w:rFonts w:ascii="Calibri" w:hAnsi="Calibri" w:cs="Calibri"/>
              </w:rPr>
            </w:pPr>
          </w:p>
        </w:tc>
      </w:tr>
    </w:tbl>
    <w:p w14:paraId="46C1D6A9" w14:textId="77777777" w:rsidR="005410E2" w:rsidRPr="007D5062" w:rsidRDefault="005410E2" w:rsidP="005410E2">
      <w:pPr>
        <w:rPr>
          <w:rFonts w:ascii="Calibri" w:hAnsi="Calibri" w:cs="Calibri"/>
        </w:rPr>
      </w:pPr>
    </w:p>
    <w:p w14:paraId="79559654" w14:textId="13F41CE0" w:rsidR="004E4959" w:rsidRPr="007D5062" w:rsidRDefault="00536DF1" w:rsidP="004E4959">
      <w:pPr>
        <w:pStyle w:val="Ttulo1"/>
        <w:numPr>
          <w:ilvl w:val="0"/>
          <w:numId w:val="10"/>
        </w:numPr>
        <w:rPr>
          <w:rFonts w:ascii="Calibri" w:hAnsi="Calibri" w:cs="Calibri"/>
          <w:color w:val="000000" w:themeColor="text1"/>
          <w:sz w:val="22"/>
          <w:szCs w:val="22"/>
        </w:rPr>
      </w:pPr>
      <w:r w:rsidRPr="007D5062">
        <w:rPr>
          <w:rFonts w:ascii="Calibri" w:hAnsi="Calibri" w:cs="Calibri"/>
          <w:color w:val="000000" w:themeColor="text1"/>
          <w:sz w:val="22"/>
          <w:szCs w:val="22"/>
        </w:rPr>
        <w:t>INFORMACIÓN GENERAL DEL PROYECT</w:t>
      </w:r>
      <w:r w:rsidR="00DC5857" w:rsidRPr="007D5062">
        <w:rPr>
          <w:rFonts w:ascii="Calibri" w:hAnsi="Calibri" w:cs="Calibri"/>
          <w:color w:val="000000" w:themeColor="text1"/>
          <w:sz w:val="22"/>
          <w:szCs w:val="22"/>
        </w:rPr>
        <w:t>O</w:t>
      </w:r>
    </w:p>
    <w:p w14:paraId="22BA523A" w14:textId="77777777" w:rsidR="00DC5857" w:rsidRPr="007D5062" w:rsidRDefault="00DC5857" w:rsidP="00DC5857">
      <w:pPr>
        <w:rPr>
          <w:rFonts w:ascii="Calibri" w:hAnsi="Calibri" w:cs="Calibri"/>
        </w:rPr>
      </w:pPr>
    </w:p>
    <w:p w14:paraId="3855F0CA" w14:textId="77777777" w:rsidR="005828B9" w:rsidRPr="007D5062" w:rsidRDefault="005828B9" w:rsidP="0048671F">
      <w:pPr>
        <w:pStyle w:val="Prrafodelista"/>
        <w:numPr>
          <w:ilvl w:val="0"/>
          <w:numId w:val="16"/>
        </w:numPr>
        <w:spacing w:after="160" w:line="259" w:lineRule="auto"/>
        <w:rPr>
          <w:rFonts w:ascii="Calibri" w:hAnsi="Calibri" w:cs="Calibri"/>
          <w:b/>
          <w:bCs/>
        </w:rPr>
      </w:pPr>
      <w:r w:rsidRPr="007D5062">
        <w:rPr>
          <w:rFonts w:ascii="Calibri" w:hAnsi="Calibri" w:cs="Calibri"/>
          <w:b/>
          <w:bCs/>
        </w:rPr>
        <w:t xml:space="preserve">Nombre del Proyecto: </w:t>
      </w:r>
    </w:p>
    <w:p w14:paraId="54034A0D" w14:textId="77777777" w:rsidR="005828B9" w:rsidRPr="007D5062" w:rsidRDefault="005828B9" w:rsidP="005828B9">
      <w:pPr>
        <w:pStyle w:val="Prrafodelista"/>
        <w:rPr>
          <w:rFonts w:ascii="Calibri" w:hAnsi="Calibri" w:cs="Calibri"/>
        </w:rPr>
      </w:pPr>
    </w:p>
    <w:p w14:paraId="1D3CB84E" w14:textId="5C46B9D4" w:rsidR="005828B9" w:rsidRPr="007D5062" w:rsidRDefault="007D2FB2" w:rsidP="0048671F">
      <w:pPr>
        <w:pStyle w:val="Prrafodelista"/>
        <w:numPr>
          <w:ilvl w:val="0"/>
          <w:numId w:val="16"/>
        </w:numPr>
        <w:spacing w:after="160" w:line="259" w:lineRule="auto"/>
        <w:jc w:val="both"/>
        <w:rPr>
          <w:rFonts w:ascii="Calibri" w:hAnsi="Calibri" w:cs="Calibri"/>
        </w:rPr>
      </w:pPr>
      <w:r w:rsidRPr="007D5062">
        <w:rPr>
          <w:rFonts w:ascii="Calibri" w:hAnsi="Calibri" w:cs="Calibri"/>
          <w:b/>
          <w:bCs/>
        </w:rPr>
        <w:t>Línea Productiva</w:t>
      </w:r>
      <w:r w:rsidR="005828B9" w:rsidRPr="007D5062">
        <w:rPr>
          <w:rFonts w:ascii="Calibri" w:hAnsi="Calibri" w:cs="Calibri"/>
        </w:rPr>
        <w:t xml:space="preserve">: En el proyecto producto pueden existir varias clasificaciones, por favor elegir con una X la que tenga mayor énfasis: </w:t>
      </w:r>
    </w:p>
    <w:p w14:paraId="248BB1B9" w14:textId="77777777" w:rsidR="005828B9" w:rsidRPr="007D5062" w:rsidRDefault="005828B9" w:rsidP="0048671F">
      <w:pPr>
        <w:jc w:val="both"/>
        <w:rPr>
          <w:rFonts w:ascii="Calibri" w:hAnsi="Calibri" w:cs="Calibri"/>
        </w:rPr>
      </w:pPr>
      <w:r w:rsidRPr="007D5062">
        <w:rPr>
          <w:rFonts w:ascii="Calibri" w:hAnsi="Calibri" w:cs="Calibri"/>
        </w:rPr>
        <w:t>Cultural_____ De servicios____ Pecuario______ Ambiental __ Pedagógico____ Agroecológico____ Agroindustrial____ Comercialización____ Producción___</w:t>
      </w:r>
    </w:p>
    <w:p w14:paraId="4A9450E9" w14:textId="77777777" w:rsidR="0048671F" w:rsidRPr="007D5062" w:rsidRDefault="0048671F" w:rsidP="0048671F">
      <w:pPr>
        <w:jc w:val="both"/>
        <w:rPr>
          <w:rFonts w:ascii="Calibri" w:hAnsi="Calibri" w:cs="Calibri"/>
        </w:rPr>
      </w:pPr>
    </w:p>
    <w:p w14:paraId="43A4B23C" w14:textId="77777777" w:rsidR="00372D91" w:rsidRPr="007D5062" w:rsidRDefault="00372D91" w:rsidP="0048671F">
      <w:pPr>
        <w:jc w:val="both"/>
        <w:rPr>
          <w:rFonts w:ascii="Calibri" w:hAnsi="Calibri" w:cs="Calibri"/>
        </w:rPr>
      </w:pPr>
    </w:p>
    <w:p w14:paraId="3192BD92" w14:textId="77777777" w:rsidR="00372D91" w:rsidRPr="007D5062" w:rsidRDefault="00372D91" w:rsidP="0048671F">
      <w:pPr>
        <w:jc w:val="both"/>
        <w:rPr>
          <w:rFonts w:ascii="Calibri" w:hAnsi="Calibri" w:cs="Calibri"/>
        </w:rPr>
      </w:pPr>
    </w:p>
    <w:p w14:paraId="5F9E0925" w14:textId="77777777" w:rsidR="00372D91" w:rsidRPr="007D5062" w:rsidRDefault="00372D91" w:rsidP="0048671F">
      <w:pPr>
        <w:jc w:val="both"/>
        <w:rPr>
          <w:rFonts w:ascii="Calibri" w:hAnsi="Calibri" w:cs="Calibri"/>
        </w:rPr>
      </w:pPr>
    </w:p>
    <w:p w14:paraId="273E4720" w14:textId="77777777" w:rsidR="00372D91" w:rsidRPr="007D5062" w:rsidRDefault="00372D91" w:rsidP="0048671F">
      <w:pPr>
        <w:jc w:val="both"/>
        <w:rPr>
          <w:rFonts w:ascii="Calibri" w:hAnsi="Calibri" w:cs="Calibri"/>
        </w:rPr>
      </w:pPr>
    </w:p>
    <w:p w14:paraId="59B52D5F" w14:textId="77777777" w:rsidR="00D15DC0" w:rsidRPr="007D5062" w:rsidRDefault="00D15DC0" w:rsidP="0048671F">
      <w:pPr>
        <w:pStyle w:val="Prrafodelista"/>
        <w:widowControl w:val="0"/>
        <w:numPr>
          <w:ilvl w:val="0"/>
          <w:numId w:val="17"/>
        </w:numPr>
        <w:spacing w:after="0" w:line="240" w:lineRule="auto"/>
        <w:rPr>
          <w:rFonts w:ascii="Calibri" w:hAnsi="Calibri" w:cs="Calibri"/>
          <w:b/>
          <w:bCs/>
        </w:rPr>
      </w:pPr>
      <w:r w:rsidRPr="007D5062">
        <w:rPr>
          <w:rFonts w:ascii="Calibri" w:hAnsi="Calibri" w:cs="Calibri"/>
          <w:b/>
          <w:bCs/>
        </w:rPr>
        <w:t xml:space="preserve">Corredor Productivo al que aporta: </w:t>
      </w:r>
    </w:p>
    <w:p w14:paraId="638081FD" w14:textId="77777777" w:rsidR="00372D91" w:rsidRPr="007D5062" w:rsidRDefault="00372D91" w:rsidP="00372D91">
      <w:pPr>
        <w:widowControl w:val="0"/>
        <w:spacing w:after="0" w:line="240" w:lineRule="auto"/>
        <w:rPr>
          <w:rFonts w:ascii="Calibri" w:hAnsi="Calibri" w:cs="Calibri"/>
          <w:b/>
          <w:bCs/>
        </w:rPr>
      </w:pPr>
    </w:p>
    <w:tbl>
      <w:tblPr>
        <w:tblW w:w="85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17"/>
        <w:gridCol w:w="2983"/>
      </w:tblGrid>
      <w:tr w:rsidR="00372D91" w:rsidRPr="007D5062" w14:paraId="16DD07CE" w14:textId="77777777" w:rsidTr="00372D91">
        <w:trPr>
          <w:trHeight w:val="300"/>
          <w:jc w:val="center"/>
        </w:trPr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177C9" w14:textId="77777777" w:rsidR="00372D91" w:rsidRPr="007D5062" w:rsidRDefault="00372D91" w:rsidP="00372D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 xml:space="preserve">Matriz de Articulación Territorial </w:t>
            </w:r>
          </w:p>
        </w:tc>
      </w:tr>
      <w:tr w:rsidR="00372D91" w:rsidRPr="007D5062" w14:paraId="140EE7AC" w14:textId="77777777" w:rsidTr="00372D91">
        <w:trPr>
          <w:trHeight w:val="300"/>
          <w:jc w:val="center"/>
        </w:trPr>
        <w:tc>
          <w:tcPr>
            <w:tcW w:w="5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11CA3" w14:textId="77777777" w:rsidR="00372D91" w:rsidRPr="007D5062" w:rsidRDefault="00372D91" w:rsidP="00372D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Aspecto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478E6" w14:textId="08C8A6A5" w:rsidR="00372D91" w:rsidRPr="007D5062" w:rsidRDefault="00372D91" w:rsidP="00372D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Descripción</w:t>
            </w:r>
          </w:p>
        </w:tc>
      </w:tr>
      <w:tr w:rsidR="00372D91" w:rsidRPr="007D5062" w14:paraId="2F327DE9" w14:textId="77777777" w:rsidTr="00372D91">
        <w:trPr>
          <w:trHeight w:val="810"/>
          <w:jc w:val="center"/>
        </w:trPr>
        <w:tc>
          <w:tcPr>
            <w:tcW w:w="5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A7C57" w14:textId="77777777" w:rsidR="00372D91" w:rsidRPr="007D5062" w:rsidRDefault="00372D91" w:rsidP="00372D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Corredor productivo del Tolima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0DAB0" w14:textId="77777777" w:rsidR="00372D91" w:rsidRPr="007D5062" w:rsidRDefault="00372D91" w:rsidP="00372D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372D91" w:rsidRPr="007D5062" w14:paraId="6D859F8E" w14:textId="77777777" w:rsidTr="00372D91">
        <w:trPr>
          <w:trHeight w:val="615"/>
          <w:jc w:val="center"/>
        </w:trPr>
        <w:tc>
          <w:tcPr>
            <w:tcW w:w="5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523AB" w14:textId="6A5A4E41" w:rsidR="00372D91" w:rsidRPr="007D5062" w:rsidRDefault="00372D91" w:rsidP="00372D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Vocación Económica del Municipio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630AA" w14:textId="77777777" w:rsidR="00372D91" w:rsidRPr="007D5062" w:rsidRDefault="00372D91" w:rsidP="00372D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372D91" w:rsidRPr="007D5062" w14:paraId="2B54C3EE" w14:textId="77777777" w:rsidTr="00372D91">
        <w:trPr>
          <w:trHeight w:val="630"/>
          <w:jc w:val="center"/>
        </w:trPr>
        <w:tc>
          <w:tcPr>
            <w:tcW w:w="5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6F476" w14:textId="77777777" w:rsidR="00372D91" w:rsidRPr="007D5062" w:rsidRDefault="00372D91" w:rsidP="00372D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Como responde el PPP a esta vocación 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D1FAB" w14:textId="77777777" w:rsidR="00372D91" w:rsidRPr="007D5062" w:rsidRDefault="00372D91" w:rsidP="00372D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372D91" w:rsidRPr="007D5062" w14:paraId="5BF03F69" w14:textId="77777777" w:rsidTr="00372D91">
        <w:trPr>
          <w:trHeight w:val="615"/>
          <w:jc w:val="center"/>
        </w:trPr>
        <w:tc>
          <w:tcPr>
            <w:tcW w:w="5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D4F02" w14:textId="2D14977A" w:rsidR="00372D91" w:rsidRPr="007D5062" w:rsidRDefault="00372D91" w:rsidP="00372D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Actores estratégicos vinculados 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CFFDB" w14:textId="77777777" w:rsidR="00372D91" w:rsidRPr="007D5062" w:rsidRDefault="00372D91" w:rsidP="00372D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372D91" w:rsidRPr="007D5062" w14:paraId="3191CB0A" w14:textId="77777777" w:rsidTr="00036A96">
        <w:trPr>
          <w:trHeight w:val="719"/>
          <w:jc w:val="center"/>
        </w:trPr>
        <w:tc>
          <w:tcPr>
            <w:tcW w:w="5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D8A98" w14:textId="77777777" w:rsidR="00372D91" w:rsidRPr="007D5062" w:rsidRDefault="00372D91" w:rsidP="00372D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Beneficios para la comunidad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AAED4" w14:textId="77777777" w:rsidR="00372D91" w:rsidRPr="007D5062" w:rsidRDefault="00372D91" w:rsidP="00372D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</w:tbl>
    <w:p w14:paraId="52FA095A" w14:textId="77777777" w:rsidR="0048671F" w:rsidRPr="007D5062" w:rsidRDefault="0048671F" w:rsidP="0048671F">
      <w:pPr>
        <w:widowControl w:val="0"/>
        <w:spacing w:after="0" w:line="240" w:lineRule="auto"/>
        <w:rPr>
          <w:rFonts w:ascii="Calibri" w:hAnsi="Calibri" w:cs="Calibri"/>
          <w:b/>
          <w:bCs/>
        </w:rPr>
      </w:pPr>
    </w:p>
    <w:p w14:paraId="30989B47" w14:textId="77777777" w:rsidR="0048671F" w:rsidRPr="007D5062" w:rsidRDefault="0048671F" w:rsidP="0048671F">
      <w:pPr>
        <w:widowControl w:val="0"/>
        <w:spacing w:after="0" w:line="240" w:lineRule="auto"/>
        <w:rPr>
          <w:rFonts w:ascii="Calibri" w:hAnsi="Calibri" w:cs="Calibri"/>
          <w:b/>
          <w:bCs/>
        </w:rPr>
      </w:pPr>
    </w:p>
    <w:p w14:paraId="19D34971" w14:textId="77777777" w:rsidR="00D15DC0" w:rsidRPr="007D5062" w:rsidRDefault="00D15DC0" w:rsidP="005828B9">
      <w:pPr>
        <w:pStyle w:val="Prrafodelista"/>
        <w:ind w:left="1440"/>
        <w:jc w:val="both"/>
        <w:rPr>
          <w:rFonts w:ascii="Calibri" w:hAnsi="Calibri" w:cs="Calibri"/>
        </w:rPr>
      </w:pPr>
    </w:p>
    <w:p w14:paraId="60C8203A" w14:textId="079527D1" w:rsidR="005828B9" w:rsidRPr="007D5062" w:rsidRDefault="005828B9" w:rsidP="0048671F">
      <w:pPr>
        <w:pStyle w:val="Prrafodelista"/>
        <w:numPr>
          <w:ilvl w:val="0"/>
          <w:numId w:val="17"/>
        </w:numPr>
        <w:spacing w:after="160" w:line="259" w:lineRule="auto"/>
        <w:rPr>
          <w:rFonts w:ascii="Calibri" w:hAnsi="Calibri" w:cs="Calibri"/>
        </w:rPr>
      </w:pPr>
      <w:r w:rsidRPr="007D5062">
        <w:rPr>
          <w:rFonts w:ascii="Calibri" w:hAnsi="Calibri" w:cs="Calibri"/>
          <w:b/>
          <w:bCs/>
        </w:rPr>
        <w:t>Sede donde se implementa el proyecto pedagógico productivo</w:t>
      </w:r>
      <w:r w:rsidRPr="007D5062">
        <w:rPr>
          <w:rFonts w:ascii="Calibri" w:hAnsi="Calibri" w:cs="Calibri"/>
        </w:rPr>
        <w:t>: ________</w:t>
      </w:r>
      <w:r w:rsidR="00036A96" w:rsidRPr="007D5062">
        <w:rPr>
          <w:rFonts w:ascii="Calibri" w:hAnsi="Calibri" w:cs="Calibri"/>
        </w:rPr>
        <w:t>_______</w:t>
      </w:r>
    </w:p>
    <w:p w14:paraId="78894A27" w14:textId="77777777" w:rsidR="005828B9" w:rsidRPr="007D5062" w:rsidRDefault="005828B9" w:rsidP="005828B9">
      <w:pPr>
        <w:pStyle w:val="Prrafodelista"/>
        <w:ind w:left="1440"/>
        <w:rPr>
          <w:rFonts w:ascii="Calibri" w:hAnsi="Calibri" w:cs="Calibri"/>
        </w:rPr>
      </w:pPr>
    </w:p>
    <w:p w14:paraId="6A7629D6" w14:textId="77777777" w:rsidR="005828B9" w:rsidRPr="007D5062" w:rsidRDefault="005828B9" w:rsidP="005828B9">
      <w:pPr>
        <w:pStyle w:val="Prrafodelista"/>
        <w:ind w:left="1440"/>
        <w:rPr>
          <w:rFonts w:ascii="Calibri" w:hAnsi="Calibri" w:cs="Calibri"/>
        </w:rPr>
      </w:pPr>
    </w:p>
    <w:p w14:paraId="522FF96B" w14:textId="77777777" w:rsidR="005828B9" w:rsidRPr="007D5062" w:rsidRDefault="005828B9" w:rsidP="00C668C0">
      <w:pPr>
        <w:pStyle w:val="Prrafodelista"/>
        <w:numPr>
          <w:ilvl w:val="0"/>
          <w:numId w:val="17"/>
        </w:numPr>
        <w:spacing w:after="160" w:line="259" w:lineRule="auto"/>
        <w:rPr>
          <w:rFonts w:ascii="Calibri" w:hAnsi="Calibri" w:cs="Calibri"/>
        </w:rPr>
      </w:pPr>
      <w:r w:rsidRPr="007D5062">
        <w:rPr>
          <w:rFonts w:ascii="Calibri" w:hAnsi="Calibri" w:cs="Calibri"/>
          <w:b/>
          <w:bCs/>
        </w:rPr>
        <w:t>Maestros y áreas desde las que se orientan el P</w:t>
      </w:r>
      <w:r w:rsidRPr="007D5062">
        <w:rPr>
          <w:rFonts w:ascii="Calibri" w:hAnsi="Calibri" w:cs="Calibri"/>
        </w:rPr>
        <w:t>.P.P.: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83"/>
        <w:gridCol w:w="4747"/>
      </w:tblGrid>
      <w:tr w:rsidR="005828B9" w:rsidRPr="007D5062" w14:paraId="38567505" w14:textId="77777777" w:rsidTr="008954D0">
        <w:tc>
          <w:tcPr>
            <w:tcW w:w="3964" w:type="dxa"/>
          </w:tcPr>
          <w:p w14:paraId="15804F52" w14:textId="77777777" w:rsidR="005828B9" w:rsidRPr="007D5062" w:rsidRDefault="005828B9" w:rsidP="008954D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Docentes</w:t>
            </w:r>
          </w:p>
        </w:tc>
        <w:tc>
          <w:tcPr>
            <w:tcW w:w="4864" w:type="dxa"/>
          </w:tcPr>
          <w:p w14:paraId="766FC145" w14:textId="77777777" w:rsidR="005828B9" w:rsidRPr="007D5062" w:rsidRDefault="005828B9" w:rsidP="008954D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Área</w:t>
            </w:r>
          </w:p>
        </w:tc>
      </w:tr>
      <w:tr w:rsidR="005828B9" w:rsidRPr="007D5062" w14:paraId="1AD3F4DE" w14:textId="77777777" w:rsidTr="008954D0">
        <w:tc>
          <w:tcPr>
            <w:tcW w:w="3964" w:type="dxa"/>
          </w:tcPr>
          <w:p w14:paraId="67D40B85" w14:textId="77777777" w:rsidR="005828B9" w:rsidRPr="007D5062" w:rsidRDefault="005828B9" w:rsidP="008954D0">
            <w:pPr>
              <w:rPr>
                <w:rFonts w:ascii="Calibri" w:hAnsi="Calibri" w:cs="Calibri"/>
              </w:rPr>
            </w:pPr>
          </w:p>
        </w:tc>
        <w:tc>
          <w:tcPr>
            <w:tcW w:w="4864" w:type="dxa"/>
          </w:tcPr>
          <w:p w14:paraId="4CCACAD4" w14:textId="77777777" w:rsidR="005828B9" w:rsidRPr="007D5062" w:rsidRDefault="005828B9" w:rsidP="008954D0">
            <w:pPr>
              <w:rPr>
                <w:rFonts w:ascii="Calibri" w:hAnsi="Calibri" w:cs="Calibri"/>
              </w:rPr>
            </w:pPr>
          </w:p>
        </w:tc>
      </w:tr>
      <w:tr w:rsidR="005828B9" w:rsidRPr="007D5062" w14:paraId="65CB376F" w14:textId="77777777" w:rsidTr="008954D0">
        <w:tc>
          <w:tcPr>
            <w:tcW w:w="3964" w:type="dxa"/>
          </w:tcPr>
          <w:p w14:paraId="5065B7EC" w14:textId="77777777" w:rsidR="005828B9" w:rsidRPr="007D5062" w:rsidRDefault="005828B9" w:rsidP="008954D0">
            <w:pPr>
              <w:rPr>
                <w:rFonts w:ascii="Calibri" w:hAnsi="Calibri" w:cs="Calibri"/>
              </w:rPr>
            </w:pPr>
          </w:p>
        </w:tc>
        <w:tc>
          <w:tcPr>
            <w:tcW w:w="4864" w:type="dxa"/>
          </w:tcPr>
          <w:p w14:paraId="694DB951" w14:textId="77777777" w:rsidR="005828B9" w:rsidRPr="007D5062" w:rsidRDefault="005828B9" w:rsidP="008954D0">
            <w:pPr>
              <w:rPr>
                <w:rFonts w:ascii="Calibri" w:hAnsi="Calibri" w:cs="Calibri"/>
              </w:rPr>
            </w:pPr>
          </w:p>
        </w:tc>
      </w:tr>
      <w:tr w:rsidR="005828B9" w:rsidRPr="007D5062" w14:paraId="1407F4EC" w14:textId="77777777" w:rsidTr="008954D0">
        <w:tc>
          <w:tcPr>
            <w:tcW w:w="3964" w:type="dxa"/>
          </w:tcPr>
          <w:p w14:paraId="401A8374" w14:textId="77777777" w:rsidR="005828B9" w:rsidRPr="007D5062" w:rsidRDefault="005828B9" w:rsidP="008954D0">
            <w:pPr>
              <w:rPr>
                <w:rFonts w:ascii="Calibri" w:hAnsi="Calibri" w:cs="Calibri"/>
              </w:rPr>
            </w:pPr>
          </w:p>
        </w:tc>
        <w:tc>
          <w:tcPr>
            <w:tcW w:w="4864" w:type="dxa"/>
          </w:tcPr>
          <w:p w14:paraId="5431C2B8" w14:textId="77777777" w:rsidR="005828B9" w:rsidRPr="007D5062" w:rsidRDefault="005828B9" w:rsidP="008954D0">
            <w:pPr>
              <w:rPr>
                <w:rFonts w:ascii="Calibri" w:hAnsi="Calibri" w:cs="Calibri"/>
              </w:rPr>
            </w:pPr>
          </w:p>
        </w:tc>
      </w:tr>
      <w:tr w:rsidR="005828B9" w:rsidRPr="007D5062" w14:paraId="2F6DFB8C" w14:textId="77777777" w:rsidTr="008954D0">
        <w:tc>
          <w:tcPr>
            <w:tcW w:w="3964" w:type="dxa"/>
          </w:tcPr>
          <w:p w14:paraId="104BC0AD" w14:textId="77777777" w:rsidR="005828B9" w:rsidRPr="007D5062" w:rsidRDefault="005828B9" w:rsidP="008954D0">
            <w:pPr>
              <w:rPr>
                <w:rFonts w:ascii="Calibri" w:hAnsi="Calibri" w:cs="Calibri"/>
              </w:rPr>
            </w:pPr>
          </w:p>
        </w:tc>
        <w:tc>
          <w:tcPr>
            <w:tcW w:w="4864" w:type="dxa"/>
          </w:tcPr>
          <w:p w14:paraId="452B7681" w14:textId="77777777" w:rsidR="005828B9" w:rsidRPr="007D5062" w:rsidRDefault="005828B9" w:rsidP="008954D0">
            <w:pPr>
              <w:rPr>
                <w:rFonts w:ascii="Calibri" w:hAnsi="Calibri" w:cs="Calibri"/>
              </w:rPr>
            </w:pPr>
          </w:p>
        </w:tc>
      </w:tr>
    </w:tbl>
    <w:p w14:paraId="2957E4AE" w14:textId="77777777" w:rsidR="005828B9" w:rsidRPr="007D5062" w:rsidRDefault="005828B9" w:rsidP="005828B9">
      <w:pPr>
        <w:rPr>
          <w:rFonts w:ascii="Calibri" w:hAnsi="Calibri" w:cs="Calibri"/>
        </w:rPr>
      </w:pPr>
      <w:r w:rsidRPr="007D5062">
        <w:rPr>
          <w:rFonts w:ascii="Calibri" w:hAnsi="Calibri" w:cs="Calibri"/>
          <w:b/>
          <w:bCs/>
        </w:rPr>
        <w:t xml:space="preserve"> Nota:</w:t>
      </w:r>
      <w:r w:rsidRPr="007D5062">
        <w:rPr>
          <w:rFonts w:ascii="Calibri" w:hAnsi="Calibri" w:cs="Calibri"/>
        </w:rPr>
        <w:t xml:space="preserve"> Adicione filas si es necesario </w:t>
      </w:r>
    </w:p>
    <w:p w14:paraId="28FFD959" w14:textId="6F0FE03F" w:rsidR="00D26B6F" w:rsidRPr="007D5062" w:rsidRDefault="00536DF1" w:rsidP="00387CA3">
      <w:pPr>
        <w:pStyle w:val="Ttulo1"/>
        <w:numPr>
          <w:ilvl w:val="0"/>
          <w:numId w:val="10"/>
        </w:numPr>
        <w:rPr>
          <w:rFonts w:ascii="Calibri" w:hAnsi="Calibri" w:cs="Calibri"/>
          <w:color w:val="000000" w:themeColor="text1"/>
          <w:sz w:val="22"/>
          <w:szCs w:val="22"/>
        </w:rPr>
      </w:pPr>
      <w:r w:rsidRPr="007D5062">
        <w:rPr>
          <w:rFonts w:ascii="Calibri" w:hAnsi="Calibri" w:cs="Calibri"/>
          <w:color w:val="000000" w:themeColor="text1"/>
          <w:sz w:val="22"/>
          <w:szCs w:val="22"/>
        </w:rPr>
        <w:t>ARTICULACIÓN CON EL PEI Y PMI</w:t>
      </w:r>
    </w:p>
    <w:p w14:paraId="29EFC972" w14:textId="77777777" w:rsidR="00387CA3" w:rsidRPr="007D5062" w:rsidRDefault="00387CA3" w:rsidP="00387CA3">
      <w:pPr>
        <w:rPr>
          <w:rFonts w:ascii="Calibri" w:hAnsi="Calibri" w:cs="Calibri"/>
        </w:rPr>
      </w:pPr>
    </w:p>
    <w:p w14:paraId="39C0424D" w14:textId="7A5A3A73" w:rsidR="00387CA3" w:rsidRPr="007D5062" w:rsidRDefault="00387CA3" w:rsidP="00387CA3">
      <w:pPr>
        <w:widowControl w:val="0"/>
        <w:numPr>
          <w:ilvl w:val="0"/>
          <w:numId w:val="15"/>
        </w:numPr>
        <w:spacing w:after="160" w:line="259" w:lineRule="auto"/>
        <w:contextualSpacing/>
        <w:jc w:val="both"/>
        <w:rPr>
          <w:rFonts w:ascii="Calibri" w:eastAsia="Tahoma" w:hAnsi="Calibri" w:cs="Calibri"/>
          <w:lang w:eastAsia="es-CO"/>
        </w:rPr>
      </w:pPr>
      <w:r w:rsidRPr="007D5062">
        <w:rPr>
          <w:rFonts w:ascii="Calibri" w:eastAsia="Tahoma" w:hAnsi="Calibri" w:cs="Calibri"/>
          <w:b/>
          <w:bCs/>
          <w:lang w:eastAsia="es-CO"/>
        </w:rPr>
        <w:t>Incorporación del P.P.P. en el PEI</w:t>
      </w:r>
      <w:r w:rsidRPr="007D5062">
        <w:rPr>
          <w:rFonts w:ascii="Calibri" w:eastAsia="Tahoma" w:hAnsi="Calibri" w:cs="Calibri"/>
          <w:lang w:eastAsia="es-CO"/>
        </w:rPr>
        <w:t xml:space="preserve">: Describir en detalle </w:t>
      </w:r>
      <w:proofErr w:type="spellStart"/>
      <w:r w:rsidRPr="007D5062">
        <w:rPr>
          <w:rFonts w:ascii="Calibri" w:eastAsia="Tahoma" w:hAnsi="Calibri" w:cs="Calibri"/>
          <w:lang w:eastAsia="es-CO"/>
        </w:rPr>
        <w:t>como</w:t>
      </w:r>
      <w:proofErr w:type="spellEnd"/>
      <w:r w:rsidRPr="007D5062">
        <w:rPr>
          <w:rFonts w:ascii="Calibri" w:eastAsia="Tahoma" w:hAnsi="Calibri" w:cs="Calibri"/>
          <w:lang w:eastAsia="es-CO"/>
        </w:rPr>
        <w:t xml:space="preserve"> se incorpora el P.P.P. en cada área de Gestión: </w:t>
      </w:r>
    </w:p>
    <w:p w14:paraId="0EB0DEB3" w14:textId="77777777" w:rsidR="004E2AD0" w:rsidRPr="007D5062" w:rsidRDefault="004E2AD0" w:rsidP="004E2AD0">
      <w:pPr>
        <w:widowControl w:val="0"/>
        <w:spacing w:after="160" w:line="259" w:lineRule="auto"/>
        <w:contextualSpacing/>
        <w:jc w:val="both"/>
        <w:rPr>
          <w:rFonts w:ascii="Calibri" w:eastAsia="Tahoma" w:hAnsi="Calibri" w:cs="Calibri"/>
          <w:lang w:eastAsia="es-CO"/>
        </w:rPr>
      </w:pPr>
    </w:p>
    <w:p w14:paraId="56F482B3" w14:textId="77777777" w:rsidR="002957D1" w:rsidRPr="007D5062" w:rsidRDefault="002957D1" w:rsidP="004E2AD0">
      <w:pPr>
        <w:widowControl w:val="0"/>
        <w:spacing w:after="160" w:line="259" w:lineRule="auto"/>
        <w:contextualSpacing/>
        <w:jc w:val="both"/>
        <w:rPr>
          <w:rFonts w:ascii="Calibri" w:eastAsia="Tahoma" w:hAnsi="Calibri" w:cs="Calibri"/>
          <w:lang w:eastAsia="es-CO"/>
        </w:rPr>
      </w:pPr>
    </w:p>
    <w:p w14:paraId="24168431" w14:textId="77777777" w:rsidR="002957D1" w:rsidRPr="007D5062" w:rsidRDefault="002957D1" w:rsidP="004E2AD0">
      <w:pPr>
        <w:widowControl w:val="0"/>
        <w:spacing w:after="160" w:line="259" w:lineRule="auto"/>
        <w:contextualSpacing/>
        <w:jc w:val="both"/>
        <w:rPr>
          <w:rFonts w:ascii="Calibri" w:eastAsia="Tahoma" w:hAnsi="Calibri" w:cs="Calibri"/>
          <w:lang w:eastAsia="es-CO"/>
        </w:rPr>
      </w:pPr>
    </w:p>
    <w:p w14:paraId="143B4D03" w14:textId="77777777" w:rsidR="004E2AD0" w:rsidRPr="007D5062" w:rsidRDefault="004E2AD0" w:rsidP="004E2AD0">
      <w:pPr>
        <w:widowControl w:val="0"/>
        <w:spacing w:after="160" w:line="259" w:lineRule="auto"/>
        <w:contextualSpacing/>
        <w:jc w:val="both"/>
        <w:rPr>
          <w:rFonts w:ascii="Calibri" w:eastAsia="Tahoma" w:hAnsi="Calibri" w:cs="Calibri"/>
          <w:lang w:eastAsia="es-CO"/>
        </w:rPr>
      </w:pPr>
    </w:p>
    <w:p w14:paraId="03EC81B3" w14:textId="77777777" w:rsidR="004E2AD0" w:rsidRPr="007D5062" w:rsidRDefault="004E2AD0" w:rsidP="004E2AD0">
      <w:pPr>
        <w:widowControl w:val="0"/>
        <w:spacing w:after="160" w:line="259" w:lineRule="auto"/>
        <w:contextualSpacing/>
        <w:jc w:val="both"/>
        <w:rPr>
          <w:rFonts w:ascii="Calibri" w:eastAsia="Tahoma" w:hAnsi="Calibri" w:cs="Calibri"/>
          <w:lang w:eastAsia="es-CO"/>
        </w:rPr>
      </w:pPr>
    </w:p>
    <w:tbl>
      <w:tblPr>
        <w:tblW w:w="85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17"/>
        <w:gridCol w:w="4583"/>
      </w:tblGrid>
      <w:tr w:rsidR="004E2AD0" w:rsidRPr="007D5062" w14:paraId="2E4AEB61" w14:textId="77777777" w:rsidTr="004E2AD0">
        <w:trPr>
          <w:trHeight w:val="300"/>
          <w:jc w:val="center"/>
        </w:trPr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0084B" w14:textId="77777777" w:rsidR="004E2AD0" w:rsidRPr="007D5062" w:rsidRDefault="004E2AD0" w:rsidP="004E2A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lastRenderedPageBreak/>
              <w:t>Incorporación en el PEI</w:t>
            </w:r>
          </w:p>
        </w:tc>
      </w:tr>
      <w:tr w:rsidR="004E2AD0" w:rsidRPr="007D5062" w14:paraId="38A901B4" w14:textId="77777777" w:rsidTr="004E2AD0">
        <w:trPr>
          <w:trHeight w:val="300"/>
          <w:jc w:val="center"/>
        </w:trPr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4C2AE" w14:textId="79CE0987" w:rsidR="004E2AD0" w:rsidRPr="007D5062" w:rsidRDefault="004E2AD0" w:rsidP="004E2A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Gestiones</w:t>
            </w:r>
          </w:p>
        </w:tc>
        <w:tc>
          <w:tcPr>
            <w:tcW w:w="4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D49E8" w14:textId="77777777" w:rsidR="004E2AD0" w:rsidRPr="007D5062" w:rsidRDefault="004E2AD0" w:rsidP="004E2A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Descripción</w:t>
            </w:r>
          </w:p>
        </w:tc>
      </w:tr>
      <w:tr w:rsidR="004E2AD0" w:rsidRPr="007D5062" w14:paraId="3FF6E112" w14:textId="77777777" w:rsidTr="004E2AD0">
        <w:trPr>
          <w:trHeight w:val="765"/>
          <w:jc w:val="center"/>
        </w:trPr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3279D" w14:textId="77777777" w:rsidR="004E2AD0" w:rsidRPr="007D5062" w:rsidRDefault="004E2AD0" w:rsidP="004E2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Directiva</w:t>
            </w:r>
          </w:p>
        </w:tc>
        <w:tc>
          <w:tcPr>
            <w:tcW w:w="4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39EFB" w14:textId="77777777" w:rsidR="004E2AD0" w:rsidRPr="007D5062" w:rsidRDefault="004E2AD0" w:rsidP="004E2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4E2AD0" w:rsidRPr="007D5062" w14:paraId="18B727BF" w14:textId="77777777" w:rsidTr="00036A96">
        <w:trPr>
          <w:trHeight w:val="712"/>
          <w:jc w:val="center"/>
        </w:trPr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539DD" w14:textId="77777777" w:rsidR="004E2AD0" w:rsidRPr="007D5062" w:rsidRDefault="004E2AD0" w:rsidP="004E2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Administrativa</w:t>
            </w:r>
          </w:p>
        </w:tc>
        <w:tc>
          <w:tcPr>
            <w:tcW w:w="4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9DAAF" w14:textId="77777777" w:rsidR="004E2AD0" w:rsidRPr="007D5062" w:rsidRDefault="004E2AD0" w:rsidP="004E2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4E2AD0" w:rsidRPr="007D5062" w14:paraId="144E5661" w14:textId="77777777" w:rsidTr="004E2AD0">
        <w:trPr>
          <w:trHeight w:val="960"/>
          <w:jc w:val="center"/>
        </w:trPr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C7865" w14:textId="21F53128" w:rsidR="004E2AD0" w:rsidRPr="007D5062" w:rsidRDefault="004E2AD0" w:rsidP="004E2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Académica </w:t>
            </w:r>
          </w:p>
        </w:tc>
        <w:tc>
          <w:tcPr>
            <w:tcW w:w="4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38266" w14:textId="77777777" w:rsidR="004E2AD0" w:rsidRPr="007D5062" w:rsidRDefault="004E2AD0" w:rsidP="004E2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4E2AD0" w:rsidRPr="007D5062" w14:paraId="2217B26F" w14:textId="77777777" w:rsidTr="00036A96">
        <w:trPr>
          <w:trHeight w:val="852"/>
          <w:jc w:val="center"/>
        </w:trPr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47A1E" w14:textId="77777777" w:rsidR="004E2AD0" w:rsidRPr="007D5062" w:rsidRDefault="004E2AD0" w:rsidP="004E2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Comunitaria</w:t>
            </w:r>
          </w:p>
        </w:tc>
        <w:tc>
          <w:tcPr>
            <w:tcW w:w="4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D912F" w14:textId="77777777" w:rsidR="004E2AD0" w:rsidRPr="007D5062" w:rsidRDefault="004E2AD0" w:rsidP="004E2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</w:tbl>
    <w:p w14:paraId="45B2B902" w14:textId="77777777" w:rsidR="004E2AD0" w:rsidRPr="007D5062" w:rsidRDefault="004E2AD0" w:rsidP="004E2AD0">
      <w:pPr>
        <w:widowControl w:val="0"/>
        <w:spacing w:after="160" w:line="259" w:lineRule="auto"/>
        <w:contextualSpacing/>
        <w:jc w:val="both"/>
        <w:rPr>
          <w:rFonts w:ascii="Calibri" w:eastAsia="Tahoma" w:hAnsi="Calibri" w:cs="Calibri"/>
          <w:lang w:eastAsia="es-CO"/>
        </w:rPr>
      </w:pPr>
    </w:p>
    <w:p w14:paraId="16C5EC38" w14:textId="77777777" w:rsidR="004E2AD0" w:rsidRPr="007D5062" w:rsidRDefault="004E2AD0" w:rsidP="004E2AD0">
      <w:pPr>
        <w:widowControl w:val="0"/>
        <w:spacing w:after="160" w:line="259" w:lineRule="auto"/>
        <w:contextualSpacing/>
        <w:jc w:val="both"/>
        <w:rPr>
          <w:rFonts w:ascii="Calibri" w:eastAsia="Tahoma" w:hAnsi="Calibri" w:cs="Calibri"/>
          <w:lang w:eastAsia="es-CO"/>
        </w:rPr>
      </w:pPr>
    </w:p>
    <w:p w14:paraId="647A833B" w14:textId="77777777" w:rsidR="004E2AD0" w:rsidRPr="007D5062" w:rsidRDefault="004E2AD0" w:rsidP="004E2AD0">
      <w:pPr>
        <w:widowControl w:val="0"/>
        <w:spacing w:after="160" w:line="259" w:lineRule="auto"/>
        <w:contextualSpacing/>
        <w:jc w:val="both"/>
        <w:rPr>
          <w:rFonts w:ascii="Calibri" w:eastAsia="Tahoma" w:hAnsi="Calibri" w:cs="Calibri"/>
          <w:lang w:eastAsia="es-CO"/>
        </w:rPr>
      </w:pPr>
    </w:p>
    <w:p w14:paraId="1FBC447D" w14:textId="77777777" w:rsidR="00387CA3" w:rsidRPr="007D5062" w:rsidRDefault="00387CA3" w:rsidP="005E14DD">
      <w:pPr>
        <w:widowControl w:val="0"/>
        <w:numPr>
          <w:ilvl w:val="0"/>
          <w:numId w:val="15"/>
        </w:numPr>
        <w:spacing w:after="160" w:line="259" w:lineRule="auto"/>
        <w:contextualSpacing/>
        <w:jc w:val="both"/>
        <w:rPr>
          <w:rFonts w:ascii="Calibri" w:eastAsia="Tahoma" w:hAnsi="Calibri" w:cs="Calibri"/>
          <w:b/>
          <w:bCs/>
          <w:lang w:eastAsia="es-CO"/>
        </w:rPr>
      </w:pPr>
      <w:r w:rsidRPr="007D5062">
        <w:rPr>
          <w:rFonts w:ascii="Calibri" w:eastAsia="Tahoma" w:hAnsi="Calibri" w:cs="Calibri"/>
          <w:b/>
          <w:bCs/>
          <w:lang w:eastAsia="es-CO"/>
        </w:rPr>
        <w:t>Se socializó el P</w:t>
      </w:r>
      <w:r w:rsidRPr="007D5062">
        <w:rPr>
          <w:rFonts w:ascii="Calibri" w:eastAsia="Tahoma" w:hAnsi="Calibri" w:cs="Calibri"/>
          <w:lang w:eastAsia="es-CO"/>
        </w:rPr>
        <w:t xml:space="preserve">.P.P al comité directivo y a la comunidad directiva? Si____ No____ </w:t>
      </w:r>
      <w:r w:rsidRPr="007D5062">
        <w:rPr>
          <w:rFonts w:ascii="Calibri" w:eastAsia="Tahoma" w:hAnsi="Calibri" w:cs="Calibri"/>
          <w:b/>
          <w:bCs/>
          <w:lang w:eastAsia="es-CO"/>
        </w:rPr>
        <w:t xml:space="preserve">Se debe anexar acta. </w:t>
      </w:r>
    </w:p>
    <w:p w14:paraId="775DF013" w14:textId="77777777" w:rsidR="00444CE8" w:rsidRPr="007D5062" w:rsidRDefault="00444CE8" w:rsidP="00444CE8">
      <w:pPr>
        <w:pStyle w:val="Prrafodelista"/>
        <w:rPr>
          <w:rFonts w:ascii="Calibri" w:eastAsia="Tahoma" w:hAnsi="Calibri" w:cs="Calibri"/>
          <w:b/>
          <w:bCs/>
          <w:lang w:eastAsia="es-CO"/>
        </w:rPr>
      </w:pPr>
    </w:p>
    <w:p w14:paraId="4FE23B52" w14:textId="77777777" w:rsidR="00444CE8" w:rsidRPr="007D5062" w:rsidRDefault="00444CE8" w:rsidP="005E14DD">
      <w:pPr>
        <w:pStyle w:val="Prrafodelista"/>
        <w:numPr>
          <w:ilvl w:val="0"/>
          <w:numId w:val="15"/>
        </w:numPr>
        <w:rPr>
          <w:rFonts w:ascii="Calibri" w:eastAsia="Tahoma" w:hAnsi="Calibri" w:cs="Calibri"/>
          <w:b/>
          <w:bCs/>
          <w:lang w:eastAsia="es-CO"/>
        </w:rPr>
      </w:pPr>
      <w:r w:rsidRPr="007D5062">
        <w:rPr>
          <w:rFonts w:ascii="Calibri" w:eastAsia="Tahoma" w:hAnsi="Calibri" w:cs="Calibri"/>
          <w:b/>
          <w:bCs/>
          <w:lang w:eastAsia="es-CO"/>
        </w:rPr>
        <w:t xml:space="preserve">¿El P.P.P. ha sido incorporado en las acciones de la ruta de mejoramiento a través del P.M.I.? Si____ No____ Cual________ Explique: </w:t>
      </w:r>
    </w:p>
    <w:p w14:paraId="4F0CFA57" w14:textId="1E8929C1" w:rsidR="00D26B6F" w:rsidRPr="007D5062" w:rsidRDefault="00536DF1" w:rsidP="00A8391B">
      <w:pPr>
        <w:pStyle w:val="Ttulo1"/>
        <w:numPr>
          <w:ilvl w:val="0"/>
          <w:numId w:val="10"/>
        </w:numPr>
        <w:rPr>
          <w:rFonts w:ascii="Calibri" w:hAnsi="Calibri" w:cs="Calibri"/>
          <w:color w:val="000000" w:themeColor="text1"/>
          <w:sz w:val="22"/>
          <w:szCs w:val="22"/>
        </w:rPr>
      </w:pPr>
      <w:r w:rsidRPr="007D5062">
        <w:rPr>
          <w:rFonts w:ascii="Calibri" w:hAnsi="Calibri" w:cs="Calibri"/>
          <w:color w:val="000000" w:themeColor="text1"/>
          <w:sz w:val="22"/>
          <w:szCs w:val="22"/>
        </w:rPr>
        <w:t>DIAGNÓSTICO Y ANÁLISIS DOFA</w:t>
      </w:r>
    </w:p>
    <w:p w14:paraId="248449A1" w14:textId="77777777" w:rsidR="00DC5857" w:rsidRPr="007D5062" w:rsidRDefault="00DC5857" w:rsidP="00DC5857">
      <w:pPr>
        <w:rPr>
          <w:rFonts w:ascii="Calibri" w:hAnsi="Calibri" w:cs="Calibri"/>
        </w:rPr>
      </w:pPr>
    </w:p>
    <w:p w14:paraId="61D466D9" w14:textId="5051606A" w:rsidR="00DC361A" w:rsidRPr="007D5062" w:rsidRDefault="00DC361A" w:rsidP="00DC361A">
      <w:pPr>
        <w:jc w:val="both"/>
        <w:rPr>
          <w:rFonts w:ascii="Calibri" w:hAnsi="Calibri" w:cs="Calibri"/>
        </w:rPr>
      </w:pPr>
      <w:r w:rsidRPr="007D5062">
        <w:rPr>
          <w:rFonts w:ascii="Calibri" w:hAnsi="Calibri" w:cs="Calibri"/>
          <w:b/>
          <w:bCs/>
        </w:rPr>
        <w:t>Análisis DOFA</w:t>
      </w:r>
      <w:r w:rsidRPr="007D5062">
        <w:rPr>
          <w:rFonts w:ascii="Calibri" w:hAnsi="Calibri" w:cs="Calibri"/>
        </w:rPr>
        <w:t>: Identifique las Debilidades, oportunidades y fortalezas</w:t>
      </w:r>
      <w:r w:rsidR="00A8391B" w:rsidRPr="007D5062">
        <w:rPr>
          <w:rFonts w:ascii="Calibri" w:hAnsi="Calibri" w:cs="Calibri"/>
        </w:rPr>
        <w:t xml:space="preserve"> y amenazas</w:t>
      </w:r>
      <w:r w:rsidRPr="007D5062">
        <w:rPr>
          <w:rFonts w:ascii="Calibri" w:hAnsi="Calibri" w:cs="Calibri"/>
        </w:rPr>
        <w:t xml:space="preserve"> en cada una de las gestiones relacionado con el proyecto productivo.</w:t>
      </w:r>
    </w:p>
    <w:tbl>
      <w:tblPr>
        <w:tblStyle w:val="Tablaconcuadrcula2"/>
        <w:tblW w:w="0" w:type="auto"/>
        <w:tblLook w:val="04A0" w:firstRow="1" w:lastRow="0" w:firstColumn="1" w:lastColumn="0" w:noHBand="0" w:noVBand="1"/>
      </w:tblPr>
      <w:tblGrid>
        <w:gridCol w:w="1943"/>
        <w:gridCol w:w="1701"/>
        <w:gridCol w:w="1780"/>
        <w:gridCol w:w="1945"/>
        <w:gridCol w:w="1261"/>
      </w:tblGrid>
      <w:tr w:rsidR="001C563E" w:rsidRPr="007D5062" w14:paraId="5F5D9AE6" w14:textId="5C32F37D" w:rsidTr="001C563E">
        <w:tc>
          <w:tcPr>
            <w:tcW w:w="1988" w:type="dxa"/>
          </w:tcPr>
          <w:p w14:paraId="2B76CE78" w14:textId="77777777" w:rsidR="001C563E" w:rsidRPr="007D5062" w:rsidRDefault="001C563E" w:rsidP="00043DC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Gestiones</w:t>
            </w:r>
          </w:p>
        </w:tc>
        <w:tc>
          <w:tcPr>
            <w:tcW w:w="1767" w:type="dxa"/>
          </w:tcPr>
          <w:p w14:paraId="07DB93FC" w14:textId="77777777" w:rsidR="001C563E" w:rsidRPr="007D5062" w:rsidRDefault="001C563E" w:rsidP="00043DCE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Fortalezas</w:t>
            </w:r>
          </w:p>
        </w:tc>
        <w:tc>
          <w:tcPr>
            <w:tcW w:w="1839" w:type="dxa"/>
          </w:tcPr>
          <w:p w14:paraId="0DC8DB7A" w14:textId="77777777" w:rsidR="001C563E" w:rsidRPr="007D5062" w:rsidRDefault="001C563E" w:rsidP="00043DCE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Debilidades</w:t>
            </w:r>
          </w:p>
        </w:tc>
        <w:tc>
          <w:tcPr>
            <w:tcW w:w="1988" w:type="dxa"/>
          </w:tcPr>
          <w:p w14:paraId="6D98A23F" w14:textId="77777777" w:rsidR="001C563E" w:rsidRPr="007D5062" w:rsidRDefault="001C563E" w:rsidP="00043DCE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Oportunidades</w:t>
            </w:r>
          </w:p>
          <w:p w14:paraId="13953D4E" w14:textId="77777777" w:rsidR="001C563E" w:rsidRPr="007D5062" w:rsidRDefault="001C563E" w:rsidP="00043DCE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74" w:type="dxa"/>
          </w:tcPr>
          <w:p w14:paraId="29B3E338" w14:textId="7CAC4975" w:rsidR="001C563E" w:rsidRPr="007D5062" w:rsidRDefault="001C563E" w:rsidP="00043DCE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Amenazas</w:t>
            </w:r>
          </w:p>
        </w:tc>
      </w:tr>
      <w:tr w:rsidR="001C563E" w:rsidRPr="007D5062" w14:paraId="49ABE5BF" w14:textId="663BABDB" w:rsidTr="001C563E">
        <w:tc>
          <w:tcPr>
            <w:tcW w:w="1988" w:type="dxa"/>
          </w:tcPr>
          <w:p w14:paraId="250C40EC" w14:textId="77777777" w:rsidR="001C563E" w:rsidRPr="007D5062" w:rsidRDefault="001C563E" w:rsidP="00043DC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Gestión Directiva</w:t>
            </w:r>
          </w:p>
        </w:tc>
        <w:tc>
          <w:tcPr>
            <w:tcW w:w="1767" w:type="dxa"/>
          </w:tcPr>
          <w:p w14:paraId="62236FA1" w14:textId="77777777" w:rsidR="001C563E" w:rsidRPr="007D5062" w:rsidRDefault="001C563E" w:rsidP="00043DCE">
            <w:pPr>
              <w:jc w:val="both"/>
              <w:rPr>
                <w:rFonts w:ascii="Calibri" w:hAnsi="Calibri" w:cs="Calibri"/>
              </w:rPr>
            </w:pPr>
          </w:p>
          <w:p w14:paraId="047E61C9" w14:textId="77777777" w:rsidR="001C563E" w:rsidRPr="007D5062" w:rsidRDefault="001C563E" w:rsidP="00043DCE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839" w:type="dxa"/>
          </w:tcPr>
          <w:p w14:paraId="7F7A1DE1" w14:textId="77777777" w:rsidR="001C563E" w:rsidRPr="007D5062" w:rsidRDefault="001C563E" w:rsidP="00043DCE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988" w:type="dxa"/>
          </w:tcPr>
          <w:p w14:paraId="0AD933FB" w14:textId="77777777" w:rsidR="001C563E" w:rsidRPr="007D5062" w:rsidRDefault="001C563E" w:rsidP="00043DCE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274" w:type="dxa"/>
          </w:tcPr>
          <w:p w14:paraId="1A3CDC02" w14:textId="77777777" w:rsidR="001C563E" w:rsidRPr="007D5062" w:rsidRDefault="001C563E" w:rsidP="00043DCE">
            <w:pPr>
              <w:jc w:val="both"/>
              <w:rPr>
                <w:rFonts w:ascii="Calibri" w:hAnsi="Calibri" w:cs="Calibri"/>
              </w:rPr>
            </w:pPr>
          </w:p>
        </w:tc>
      </w:tr>
      <w:tr w:rsidR="001C563E" w:rsidRPr="007D5062" w14:paraId="16DE84CA" w14:textId="60B1C883" w:rsidTr="001C563E">
        <w:tc>
          <w:tcPr>
            <w:tcW w:w="1988" w:type="dxa"/>
          </w:tcPr>
          <w:p w14:paraId="6299A7C0" w14:textId="77777777" w:rsidR="001C563E" w:rsidRPr="007D5062" w:rsidRDefault="001C563E" w:rsidP="00043DC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Gestión Académica</w:t>
            </w:r>
          </w:p>
        </w:tc>
        <w:tc>
          <w:tcPr>
            <w:tcW w:w="1767" w:type="dxa"/>
          </w:tcPr>
          <w:p w14:paraId="3BC56903" w14:textId="77777777" w:rsidR="001C563E" w:rsidRPr="007D5062" w:rsidRDefault="001C563E" w:rsidP="00043DCE">
            <w:pPr>
              <w:jc w:val="both"/>
              <w:rPr>
                <w:rFonts w:ascii="Calibri" w:hAnsi="Calibri" w:cs="Calibri"/>
              </w:rPr>
            </w:pPr>
          </w:p>
          <w:p w14:paraId="1F5A6006" w14:textId="77777777" w:rsidR="001C563E" w:rsidRPr="007D5062" w:rsidRDefault="001C563E" w:rsidP="00043DCE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839" w:type="dxa"/>
          </w:tcPr>
          <w:p w14:paraId="6922880A" w14:textId="77777777" w:rsidR="001C563E" w:rsidRPr="007D5062" w:rsidRDefault="001C563E" w:rsidP="00043DCE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988" w:type="dxa"/>
          </w:tcPr>
          <w:p w14:paraId="6CC9DADF" w14:textId="77777777" w:rsidR="001C563E" w:rsidRPr="007D5062" w:rsidRDefault="001C563E" w:rsidP="00043DCE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274" w:type="dxa"/>
          </w:tcPr>
          <w:p w14:paraId="1F6638B6" w14:textId="77777777" w:rsidR="001C563E" w:rsidRPr="007D5062" w:rsidRDefault="001C563E" w:rsidP="00043DCE">
            <w:pPr>
              <w:jc w:val="both"/>
              <w:rPr>
                <w:rFonts w:ascii="Calibri" w:hAnsi="Calibri" w:cs="Calibri"/>
              </w:rPr>
            </w:pPr>
          </w:p>
        </w:tc>
      </w:tr>
      <w:tr w:rsidR="001C563E" w:rsidRPr="007D5062" w14:paraId="3C559724" w14:textId="432CD656" w:rsidTr="001C563E">
        <w:tc>
          <w:tcPr>
            <w:tcW w:w="1988" w:type="dxa"/>
          </w:tcPr>
          <w:p w14:paraId="719902E3" w14:textId="77777777" w:rsidR="001C563E" w:rsidRPr="007D5062" w:rsidRDefault="001C563E" w:rsidP="00043DC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Gestión Administrativa</w:t>
            </w:r>
          </w:p>
        </w:tc>
        <w:tc>
          <w:tcPr>
            <w:tcW w:w="1767" w:type="dxa"/>
          </w:tcPr>
          <w:p w14:paraId="16109F93" w14:textId="77777777" w:rsidR="001C563E" w:rsidRPr="007D5062" w:rsidRDefault="001C563E" w:rsidP="00043DCE">
            <w:pPr>
              <w:jc w:val="both"/>
              <w:rPr>
                <w:rFonts w:ascii="Calibri" w:hAnsi="Calibri" w:cs="Calibri"/>
              </w:rPr>
            </w:pPr>
          </w:p>
          <w:p w14:paraId="16C68D77" w14:textId="77777777" w:rsidR="001C563E" w:rsidRPr="007D5062" w:rsidRDefault="001C563E" w:rsidP="00043DCE">
            <w:pPr>
              <w:jc w:val="both"/>
              <w:rPr>
                <w:rFonts w:ascii="Calibri" w:hAnsi="Calibri" w:cs="Calibri"/>
              </w:rPr>
            </w:pPr>
          </w:p>
          <w:p w14:paraId="5A2DD782" w14:textId="77777777" w:rsidR="001C563E" w:rsidRPr="007D5062" w:rsidRDefault="001C563E" w:rsidP="00043DCE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839" w:type="dxa"/>
          </w:tcPr>
          <w:p w14:paraId="2BB188CB" w14:textId="77777777" w:rsidR="001C563E" w:rsidRPr="007D5062" w:rsidRDefault="001C563E" w:rsidP="00043DCE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988" w:type="dxa"/>
          </w:tcPr>
          <w:p w14:paraId="54D9A32B" w14:textId="77777777" w:rsidR="001C563E" w:rsidRPr="007D5062" w:rsidRDefault="001C563E" w:rsidP="00043DCE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274" w:type="dxa"/>
          </w:tcPr>
          <w:p w14:paraId="2A276A4D" w14:textId="77777777" w:rsidR="001C563E" w:rsidRPr="007D5062" w:rsidRDefault="001C563E" w:rsidP="00043DCE">
            <w:pPr>
              <w:jc w:val="both"/>
              <w:rPr>
                <w:rFonts w:ascii="Calibri" w:hAnsi="Calibri" w:cs="Calibri"/>
              </w:rPr>
            </w:pPr>
          </w:p>
        </w:tc>
      </w:tr>
      <w:tr w:rsidR="001C563E" w:rsidRPr="007D5062" w14:paraId="2C6323C1" w14:textId="0CA3DD98" w:rsidTr="001C563E">
        <w:tc>
          <w:tcPr>
            <w:tcW w:w="1988" w:type="dxa"/>
          </w:tcPr>
          <w:p w14:paraId="3A9416D9" w14:textId="77777777" w:rsidR="001C563E" w:rsidRPr="007D5062" w:rsidRDefault="001C563E" w:rsidP="00043DC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Gestión Comunitaria</w:t>
            </w:r>
          </w:p>
        </w:tc>
        <w:tc>
          <w:tcPr>
            <w:tcW w:w="1767" w:type="dxa"/>
          </w:tcPr>
          <w:p w14:paraId="5E3D4358" w14:textId="77777777" w:rsidR="001C563E" w:rsidRPr="007D5062" w:rsidRDefault="001C563E" w:rsidP="00043DCE">
            <w:pPr>
              <w:jc w:val="both"/>
              <w:rPr>
                <w:rFonts w:ascii="Calibri" w:hAnsi="Calibri" w:cs="Calibri"/>
              </w:rPr>
            </w:pPr>
          </w:p>
          <w:p w14:paraId="6F4D6FDE" w14:textId="77777777" w:rsidR="001C563E" w:rsidRPr="007D5062" w:rsidRDefault="001C563E" w:rsidP="00043DCE">
            <w:pPr>
              <w:jc w:val="both"/>
              <w:rPr>
                <w:rFonts w:ascii="Calibri" w:hAnsi="Calibri" w:cs="Calibri"/>
              </w:rPr>
            </w:pPr>
          </w:p>
          <w:p w14:paraId="08C97CE1" w14:textId="77777777" w:rsidR="001C563E" w:rsidRPr="007D5062" w:rsidRDefault="001C563E" w:rsidP="00043DCE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839" w:type="dxa"/>
          </w:tcPr>
          <w:p w14:paraId="34C88680" w14:textId="77777777" w:rsidR="001C563E" w:rsidRPr="007D5062" w:rsidRDefault="001C563E" w:rsidP="00043DCE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988" w:type="dxa"/>
          </w:tcPr>
          <w:p w14:paraId="0BDCB046" w14:textId="77777777" w:rsidR="001C563E" w:rsidRPr="007D5062" w:rsidRDefault="001C563E" w:rsidP="00043DCE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274" w:type="dxa"/>
          </w:tcPr>
          <w:p w14:paraId="0578CB31" w14:textId="77777777" w:rsidR="001C563E" w:rsidRPr="007D5062" w:rsidRDefault="001C563E" w:rsidP="00043DCE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78BFD3A6" w14:textId="77777777" w:rsidR="00D26B6F" w:rsidRPr="007D5062" w:rsidRDefault="00536DF1">
      <w:pPr>
        <w:pStyle w:val="Ttulo1"/>
        <w:rPr>
          <w:rFonts w:ascii="Calibri" w:hAnsi="Calibri" w:cs="Calibri"/>
          <w:color w:val="000000" w:themeColor="text1"/>
          <w:sz w:val="22"/>
          <w:szCs w:val="22"/>
        </w:rPr>
      </w:pPr>
      <w:r w:rsidRPr="007D5062">
        <w:rPr>
          <w:rFonts w:ascii="Calibri" w:hAnsi="Calibri" w:cs="Calibri"/>
          <w:color w:val="000000" w:themeColor="text1"/>
          <w:sz w:val="22"/>
          <w:szCs w:val="22"/>
        </w:rPr>
        <w:lastRenderedPageBreak/>
        <w:t>5. FORMULACIÓN DEL PROYECTO</w:t>
      </w:r>
    </w:p>
    <w:p w14:paraId="68F9D256" w14:textId="77777777" w:rsidR="00C53EBD" w:rsidRPr="007D5062" w:rsidRDefault="00C53EBD" w:rsidP="00C53EBD">
      <w:pPr>
        <w:pStyle w:val="Prrafodelista"/>
        <w:numPr>
          <w:ilvl w:val="0"/>
          <w:numId w:val="14"/>
        </w:numPr>
        <w:spacing w:after="160" w:line="259" w:lineRule="auto"/>
        <w:jc w:val="both"/>
        <w:rPr>
          <w:rFonts w:ascii="Calibri" w:hAnsi="Calibri" w:cs="Calibri"/>
          <w:b/>
          <w:bCs/>
        </w:rPr>
      </w:pPr>
      <w:r w:rsidRPr="007D5062">
        <w:rPr>
          <w:rFonts w:ascii="Calibri" w:hAnsi="Calibri" w:cs="Calibri"/>
          <w:b/>
          <w:bCs/>
        </w:rPr>
        <w:t xml:space="preserve">Justificación del Proyecto: </w:t>
      </w:r>
    </w:p>
    <w:p w14:paraId="53070D99" w14:textId="77777777" w:rsidR="00C53EBD" w:rsidRPr="007D5062" w:rsidRDefault="00C53EBD" w:rsidP="00C53EBD">
      <w:pPr>
        <w:pStyle w:val="Prrafodelista"/>
        <w:spacing w:after="160" w:line="259" w:lineRule="auto"/>
        <w:jc w:val="both"/>
        <w:rPr>
          <w:rFonts w:ascii="Calibri" w:hAnsi="Calibri" w:cs="Calibri"/>
          <w:b/>
          <w:bCs/>
        </w:rPr>
      </w:pPr>
    </w:p>
    <w:p w14:paraId="50A1970C" w14:textId="77777777" w:rsidR="00C53EBD" w:rsidRPr="007D5062" w:rsidRDefault="00C53EBD" w:rsidP="00C53EBD">
      <w:pPr>
        <w:pStyle w:val="Prrafodelista"/>
        <w:numPr>
          <w:ilvl w:val="0"/>
          <w:numId w:val="14"/>
        </w:numPr>
        <w:spacing w:after="160" w:line="259" w:lineRule="auto"/>
        <w:jc w:val="both"/>
        <w:rPr>
          <w:rFonts w:ascii="Calibri" w:hAnsi="Calibri" w:cs="Calibri"/>
          <w:b/>
          <w:bCs/>
        </w:rPr>
      </w:pPr>
      <w:r w:rsidRPr="007D5062">
        <w:rPr>
          <w:rFonts w:ascii="Calibri" w:hAnsi="Calibri" w:cs="Calibri"/>
          <w:b/>
          <w:bCs/>
        </w:rPr>
        <w:t xml:space="preserve">Identificación del Problema:  </w:t>
      </w:r>
    </w:p>
    <w:p w14:paraId="622C99D9" w14:textId="77777777" w:rsidR="00C53EBD" w:rsidRPr="007D5062" w:rsidRDefault="00C53EBD" w:rsidP="00C53EBD">
      <w:pPr>
        <w:pStyle w:val="Prrafodelista"/>
        <w:rPr>
          <w:rFonts w:ascii="Calibri" w:hAnsi="Calibri" w:cs="Calibri"/>
          <w:b/>
          <w:bCs/>
        </w:rPr>
      </w:pPr>
    </w:p>
    <w:p w14:paraId="641708A6" w14:textId="3F0639AF" w:rsidR="00C53EBD" w:rsidRPr="007D5062" w:rsidRDefault="00C53EBD" w:rsidP="00C53EBD">
      <w:pPr>
        <w:pStyle w:val="Prrafodelista"/>
        <w:numPr>
          <w:ilvl w:val="0"/>
          <w:numId w:val="14"/>
        </w:numPr>
        <w:spacing w:after="160" w:line="259" w:lineRule="auto"/>
        <w:jc w:val="both"/>
        <w:rPr>
          <w:rFonts w:ascii="Calibri" w:hAnsi="Calibri" w:cs="Calibri"/>
          <w:b/>
          <w:bCs/>
        </w:rPr>
      </w:pPr>
      <w:r w:rsidRPr="007D5062">
        <w:rPr>
          <w:rFonts w:ascii="Calibri" w:hAnsi="Calibri" w:cs="Calibri"/>
          <w:b/>
          <w:bCs/>
        </w:rPr>
        <w:t>Planteamiento del Problema</w:t>
      </w:r>
      <w:r w:rsidR="001541BD" w:rsidRPr="007D5062">
        <w:rPr>
          <w:rFonts w:ascii="Calibri" w:hAnsi="Calibri" w:cs="Calibri"/>
          <w:b/>
          <w:bCs/>
        </w:rPr>
        <w:t>:</w:t>
      </w:r>
      <w:r w:rsidRPr="007D5062">
        <w:rPr>
          <w:rFonts w:ascii="Calibri" w:hAnsi="Calibri" w:cs="Calibri"/>
          <w:b/>
          <w:bCs/>
        </w:rPr>
        <w:t xml:space="preserve"> </w:t>
      </w:r>
    </w:p>
    <w:p w14:paraId="62B3BAF1" w14:textId="77777777" w:rsidR="00C53EBD" w:rsidRPr="007D5062" w:rsidRDefault="00C53EBD" w:rsidP="00C53EBD">
      <w:pPr>
        <w:pStyle w:val="Prrafodelista"/>
        <w:rPr>
          <w:rFonts w:ascii="Calibri" w:hAnsi="Calibri" w:cs="Calibri"/>
          <w:b/>
          <w:bCs/>
        </w:rPr>
      </w:pPr>
    </w:p>
    <w:p w14:paraId="2417AC4F" w14:textId="77777777" w:rsidR="00C53EBD" w:rsidRPr="007D5062" w:rsidRDefault="00C53EBD" w:rsidP="00C53EBD">
      <w:pPr>
        <w:pStyle w:val="Prrafodelista"/>
        <w:numPr>
          <w:ilvl w:val="0"/>
          <w:numId w:val="14"/>
        </w:numPr>
        <w:spacing w:after="160" w:line="259" w:lineRule="auto"/>
        <w:jc w:val="both"/>
        <w:rPr>
          <w:rFonts w:ascii="Calibri" w:hAnsi="Calibri" w:cs="Calibri"/>
          <w:b/>
          <w:bCs/>
        </w:rPr>
      </w:pPr>
      <w:r w:rsidRPr="007D5062">
        <w:rPr>
          <w:rFonts w:ascii="Calibri" w:hAnsi="Calibri" w:cs="Calibri"/>
          <w:b/>
          <w:bCs/>
        </w:rPr>
        <w:t>Objetivo General</w:t>
      </w:r>
    </w:p>
    <w:p w14:paraId="3B3A16BC" w14:textId="77777777" w:rsidR="00C53EBD" w:rsidRPr="007D5062" w:rsidRDefault="00C53EBD" w:rsidP="00C53EBD">
      <w:pPr>
        <w:pStyle w:val="Prrafodelista"/>
        <w:spacing w:after="160" w:line="259" w:lineRule="auto"/>
        <w:jc w:val="both"/>
        <w:rPr>
          <w:rFonts w:ascii="Calibri" w:hAnsi="Calibri" w:cs="Calibri"/>
          <w:b/>
          <w:bCs/>
        </w:rPr>
      </w:pPr>
    </w:p>
    <w:p w14:paraId="3E870170" w14:textId="77777777" w:rsidR="00C53EBD" w:rsidRPr="007D5062" w:rsidRDefault="00C53EBD" w:rsidP="00C53EBD">
      <w:pPr>
        <w:pStyle w:val="Prrafodelista"/>
        <w:numPr>
          <w:ilvl w:val="0"/>
          <w:numId w:val="14"/>
        </w:numPr>
        <w:spacing w:after="160" w:line="259" w:lineRule="auto"/>
        <w:jc w:val="both"/>
        <w:rPr>
          <w:rFonts w:ascii="Calibri" w:hAnsi="Calibri" w:cs="Calibri"/>
          <w:b/>
          <w:bCs/>
        </w:rPr>
      </w:pPr>
      <w:r w:rsidRPr="007D5062">
        <w:rPr>
          <w:rFonts w:ascii="Calibri" w:hAnsi="Calibri" w:cs="Calibri"/>
          <w:b/>
          <w:bCs/>
        </w:rPr>
        <w:t>Objetivos Específicos</w:t>
      </w:r>
    </w:p>
    <w:p w14:paraId="5C4F090A" w14:textId="77777777" w:rsidR="00C53EBD" w:rsidRPr="007D5062" w:rsidRDefault="00C53EBD" w:rsidP="00C53EBD">
      <w:pPr>
        <w:pStyle w:val="Prrafodelista"/>
        <w:rPr>
          <w:rFonts w:ascii="Calibri" w:hAnsi="Calibri" w:cs="Calibri"/>
          <w:b/>
          <w:bCs/>
        </w:rPr>
      </w:pPr>
    </w:p>
    <w:p w14:paraId="5F1ABF4A" w14:textId="77777777" w:rsidR="00C53EBD" w:rsidRPr="007D5062" w:rsidRDefault="00C53EBD" w:rsidP="00C53EBD">
      <w:pPr>
        <w:pStyle w:val="Prrafodelista"/>
        <w:numPr>
          <w:ilvl w:val="0"/>
          <w:numId w:val="14"/>
        </w:numPr>
        <w:spacing w:after="160" w:line="259" w:lineRule="auto"/>
        <w:jc w:val="both"/>
        <w:rPr>
          <w:rFonts w:ascii="Calibri" w:hAnsi="Calibri" w:cs="Calibri"/>
          <w:b/>
          <w:bCs/>
        </w:rPr>
      </w:pPr>
      <w:r w:rsidRPr="007D5062">
        <w:rPr>
          <w:rFonts w:ascii="Calibri" w:hAnsi="Calibri" w:cs="Calibri"/>
          <w:b/>
          <w:bCs/>
        </w:rPr>
        <w:t>Metas Pedagógicas</w:t>
      </w:r>
    </w:p>
    <w:p w14:paraId="202960FD" w14:textId="77777777" w:rsidR="00C53EBD" w:rsidRPr="007D5062" w:rsidRDefault="00C53EBD" w:rsidP="00C53EBD">
      <w:pPr>
        <w:pStyle w:val="Prrafodelista"/>
        <w:rPr>
          <w:rFonts w:ascii="Calibri" w:hAnsi="Calibri" w:cs="Calibri"/>
          <w:b/>
          <w:bCs/>
        </w:rPr>
      </w:pPr>
    </w:p>
    <w:p w14:paraId="6E7A7AFC" w14:textId="77777777" w:rsidR="00C53EBD" w:rsidRPr="007D5062" w:rsidRDefault="00C53EBD" w:rsidP="00C53EBD">
      <w:pPr>
        <w:pStyle w:val="Prrafodelista"/>
        <w:numPr>
          <w:ilvl w:val="0"/>
          <w:numId w:val="14"/>
        </w:numPr>
        <w:spacing w:after="160" w:line="259" w:lineRule="auto"/>
        <w:jc w:val="both"/>
        <w:rPr>
          <w:rFonts w:ascii="Calibri" w:hAnsi="Calibri" w:cs="Calibri"/>
          <w:b/>
          <w:bCs/>
        </w:rPr>
      </w:pPr>
      <w:r w:rsidRPr="007D5062">
        <w:rPr>
          <w:rFonts w:ascii="Calibri" w:hAnsi="Calibri" w:cs="Calibri"/>
          <w:b/>
          <w:bCs/>
        </w:rPr>
        <w:t>Metas Productivas</w:t>
      </w:r>
    </w:p>
    <w:p w14:paraId="6BCD14C6" w14:textId="77777777" w:rsidR="00C53EBD" w:rsidRPr="007D5062" w:rsidRDefault="00C53EBD" w:rsidP="00C53EBD">
      <w:pPr>
        <w:pStyle w:val="Prrafodelista"/>
        <w:rPr>
          <w:rFonts w:ascii="Calibri" w:hAnsi="Calibri" w:cs="Calibri"/>
          <w:b/>
          <w:bCs/>
        </w:rPr>
      </w:pPr>
    </w:p>
    <w:p w14:paraId="35A2DA41" w14:textId="77777777" w:rsidR="00C53EBD" w:rsidRPr="007D5062" w:rsidRDefault="00C53EBD" w:rsidP="00C53EBD">
      <w:pPr>
        <w:pStyle w:val="Prrafodelista"/>
        <w:numPr>
          <w:ilvl w:val="0"/>
          <w:numId w:val="14"/>
        </w:numPr>
        <w:spacing w:after="160" w:line="259" w:lineRule="auto"/>
        <w:jc w:val="both"/>
        <w:rPr>
          <w:rFonts w:ascii="Calibri" w:hAnsi="Calibri" w:cs="Calibri"/>
          <w:b/>
          <w:bCs/>
        </w:rPr>
      </w:pPr>
      <w:r w:rsidRPr="007D5062">
        <w:rPr>
          <w:rFonts w:ascii="Calibri" w:hAnsi="Calibri" w:cs="Calibri"/>
          <w:b/>
          <w:bCs/>
        </w:rPr>
        <w:t>Indicadores Pedagógicos</w:t>
      </w:r>
    </w:p>
    <w:p w14:paraId="439BBFDD" w14:textId="77777777" w:rsidR="00C53EBD" w:rsidRPr="007D5062" w:rsidRDefault="00C53EBD" w:rsidP="00C53EBD">
      <w:pPr>
        <w:pStyle w:val="Prrafodelista"/>
        <w:rPr>
          <w:rFonts w:ascii="Calibri" w:hAnsi="Calibri" w:cs="Calibri"/>
          <w:b/>
          <w:bCs/>
        </w:rPr>
      </w:pPr>
    </w:p>
    <w:p w14:paraId="491C495E" w14:textId="77777777" w:rsidR="00C53EBD" w:rsidRPr="007D5062" w:rsidRDefault="00C53EBD" w:rsidP="00C53EBD">
      <w:pPr>
        <w:pStyle w:val="Prrafodelista"/>
        <w:numPr>
          <w:ilvl w:val="0"/>
          <w:numId w:val="14"/>
        </w:numPr>
        <w:spacing w:after="160" w:line="259" w:lineRule="auto"/>
        <w:jc w:val="both"/>
        <w:rPr>
          <w:rFonts w:ascii="Calibri" w:hAnsi="Calibri" w:cs="Calibri"/>
          <w:b/>
          <w:bCs/>
        </w:rPr>
      </w:pPr>
      <w:r w:rsidRPr="007D5062">
        <w:rPr>
          <w:rFonts w:ascii="Calibri" w:hAnsi="Calibri" w:cs="Calibri"/>
          <w:b/>
          <w:bCs/>
        </w:rPr>
        <w:t>Indicadores Productivos</w:t>
      </w:r>
    </w:p>
    <w:p w14:paraId="5D376AF2" w14:textId="77777777" w:rsidR="00C53EBD" w:rsidRPr="007D5062" w:rsidRDefault="00C53EBD" w:rsidP="00C53EBD">
      <w:pPr>
        <w:pStyle w:val="Prrafodelista"/>
        <w:rPr>
          <w:rFonts w:ascii="Calibri" w:hAnsi="Calibri" w:cs="Calibri"/>
          <w:b/>
          <w:bCs/>
        </w:rPr>
      </w:pPr>
    </w:p>
    <w:p w14:paraId="7227881B" w14:textId="5B68BE2C" w:rsidR="00D26B6F" w:rsidRPr="007D5062" w:rsidRDefault="00C53EBD" w:rsidP="000C2C68">
      <w:pPr>
        <w:pStyle w:val="Prrafodelista"/>
        <w:numPr>
          <w:ilvl w:val="0"/>
          <w:numId w:val="14"/>
        </w:numPr>
        <w:spacing w:after="160" w:line="259" w:lineRule="auto"/>
        <w:jc w:val="both"/>
        <w:rPr>
          <w:rFonts w:ascii="Calibri" w:hAnsi="Calibri" w:cs="Calibri"/>
        </w:rPr>
      </w:pPr>
      <w:r w:rsidRPr="007D5062">
        <w:rPr>
          <w:rFonts w:ascii="Calibri" w:hAnsi="Calibri" w:cs="Calibri"/>
          <w:b/>
          <w:bCs/>
        </w:rPr>
        <w:t>Población Beneficiaria</w:t>
      </w:r>
    </w:p>
    <w:p w14:paraId="719D56F0" w14:textId="6BE506C6" w:rsidR="00D26B6F" w:rsidRPr="007D5062" w:rsidRDefault="00536DF1" w:rsidP="00CE44DD">
      <w:pPr>
        <w:pStyle w:val="Ttulo1"/>
        <w:numPr>
          <w:ilvl w:val="0"/>
          <w:numId w:val="19"/>
        </w:numPr>
        <w:rPr>
          <w:rFonts w:ascii="Calibri" w:hAnsi="Calibri" w:cs="Calibri"/>
          <w:color w:val="000000" w:themeColor="text1"/>
          <w:sz w:val="22"/>
          <w:szCs w:val="22"/>
        </w:rPr>
      </w:pPr>
      <w:r w:rsidRPr="007D5062">
        <w:rPr>
          <w:rFonts w:ascii="Calibri" w:hAnsi="Calibri" w:cs="Calibri"/>
          <w:color w:val="000000" w:themeColor="text1"/>
          <w:sz w:val="22"/>
          <w:szCs w:val="22"/>
        </w:rPr>
        <w:t>ARTICULACIÓN CURRICULAR Y COMPETENCIAS</w:t>
      </w:r>
    </w:p>
    <w:p w14:paraId="73842B5B" w14:textId="77777777" w:rsidR="00E672A9" w:rsidRPr="007D5062" w:rsidRDefault="00E672A9" w:rsidP="00E672A9">
      <w:pPr>
        <w:rPr>
          <w:rFonts w:ascii="Calibri" w:hAnsi="Calibri" w:cs="Calibri"/>
        </w:rPr>
      </w:pP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2977"/>
        <w:gridCol w:w="2693"/>
        <w:gridCol w:w="1984"/>
      </w:tblGrid>
      <w:tr w:rsidR="00E672A9" w:rsidRPr="007D5062" w14:paraId="7BBE88E4" w14:textId="77777777" w:rsidTr="00036A96">
        <w:trPr>
          <w:trHeight w:val="300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FAB62" w14:textId="77777777" w:rsidR="00E672A9" w:rsidRPr="007D5062" w:rsidRDefault="00E672A9" w:rsidP="00E672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 xml:space="preserve">MATRIZ DE ARTICULACIÓN CURRICULAR DEL PROYECTO PEDAGOGICO PRODUCTIVO </w:t>
            </w:r>
          </w:p>
        </w:tc>
      </w:tr>
      <w:tr w:rsidR="00E672A9" w:rsidRPr="007D5062" w14:paraId="117F2A36" w14:textId="77777777" w:rsidTr="00036A96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69F2B" w14:textId="77777777" w:rsidR="00E672A9" w:rsidRPr="007D5062" w:rsidRDefault="00E672A9" w:rsidP="00E672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Área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516B4" w14:textId="77777777" w:rsidR="00E672A9" w:rsidRPr="007D5062" w:rsidRDefault="00E672A9" w:rsidP="00E672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Competencias o DBA que fortalece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24C850" w14:textId="77777777" w:rsidR="00E672A9" w:rsidRPr="007D5062" w:rsidRDefault="00E672A9" w:rsidP="00E672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Actividades desarrolladas en el PPP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5857F" w14:textId="77777777" w:rsidR="00E672A9" w:rsidRPr="007D5062" w:rsidRDefault="00E672A9" w:rsidP="00E672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Grado</w:t>
            </w:r>
          </w:p>
        </w:tc>
      </w:tr>
      <w:tr w:rsidR="00E672A9" w:rsidRPr="007D5062" w14:paraId="02C00A45" w14:textId="77777777" w:rsidTr="00036A96">
        <w:trPr>
          <w:trHeight w:val="6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3219F" w14:textId="77777777" w:rsidR="00E672A9" w:rsidRPr="007D5062" w:rsidRDefault="00E672A9" w:rsidP="00E672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Ciencias Naturales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DBFF4" w14:textId="77777777" w:rsidR="00E672A9" w:rsidRPr="007D5062" w:rsidRDefault="00E672A9" w:rsidP="00E672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9E2C2" w14:textId="77777777" w:rsidR="00E672A9" w:rsidRPr="007D5062" w:rsidRDefault="00E672A9" w:rsidP="00E672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D14B3" w14:textId="77777777" w:rsidR="00E672A9" w:rsidRPr="007D5062" w:rsidRDefault="00E672A9" w:rsidP="00E672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E672A9" w:rsidRPr="007D5062" w14:paraId="10B09040" w14:textId="77777777" w:rsidTr="00036A96">
        <w:trPr>
          <w:trHeight w:val="67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6BA7B" w14:textId="5512A607" w:rsidR="00E672A9" w:rsidRPr="007D5062" w:rsidRDefault="00E672A9" w:rsidP="00E672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Matemáticas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CCA1E" w14:textId="77777777" w:rsidR="00E672A9" w:rsidRPr="007D5062" w:rsidRDefault="00E672A9" w:rsidP="00E672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2ABAE" w14:textId="77777777" w:rsidR="00E672A9" w:rsidRPr="007D5062" w:rsidRDefault="00E672A9" w:rsidP="00E672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0F054" w14:textId="77777777" w:rsidR="00E672A9" w:rsidRPr="007D5062" w:rsidRDefault="00E672A9" w:rsidP="00E672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E672A9" w:rsidRPr="007D5062" w14:paraId="519B0C5D" w14:textId="77777777" w:rsidTr="00036A96">
        <w:trPr>
          <w:trHeight w:val="55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A9089" w14:textId="77777777" w:rsidR="00E672A9" w:rsidRPr="007D5062" w:rsidRDefault="00E672A9" w:rsidP="00E672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Lengua Castellana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7B4D5" w14:textId="77777777" w:rsidR="00E672A9" w:rsidRPr="007D5062" w:rsidRDefault="00E672A9" w:rsidP="00E672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119C8" w14:textId="77777777" w:rsidR="00E672A9" w:rsidRPr="007D5062" w:rsidRDefault="00E672A9" w:rsidP="00E672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6F5A9" w14:textId="77777777" w:rsidR="00E672A9" w:rsidRPr="007D5062" w:rsidRDefault="00E672A9" w:rsidP="00E672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E672A9" w:rsidRPr="007D5062" w14:paraId="2CD27FBC" w14:textId="77777777" w:rsidTr="00036A96">
        <w:trPr>
          <w:trHeight w:val="51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63FED" w14:textId="77777777" w:rsidR="00E672A9" w:rsidRPr="007D5062" w:rsidRDefault="00E672A9" w:rsidP="00E672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Ciencias Sociales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F3ADD" w14:textId="77777777" w:rsidR="00E672A9" w:rsidRPr="007D5062" w:rsidRDefault="00E672A9" w:rsidP="00E672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23356" w14:textId="77777777" w:rsidR="00E672A9" w:rsidRPr="007D5062" w:rsidRDefault="00E672A9" w:rsidP="00E672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8383E" w14:textId="77777777" w:rsidR="00E672A9" w:rsidRPr="007D5062" w:rsidRDefault="00E672A9" w:rsidP="00E672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E672A9" w:rsidRPr="007D5062" w14:paraId="4DBD25E4" w14:textId="77777777" w:rsidTr="00036A96">
        <w:trPr>
          <w:trHeight w:val="6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B27A4" w14:textId="77777777" w:rsidR="00E672A9" w:rsidRPr="007D5062" w:rsidRDefault="00E672A9" w:rsidP="00E672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Tecnología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C77F9" w14:textId="77777777" w:rsidR="00E672A9" w:rsidRPr="007D5062" w:rsidRDefault="00E672A9" w:rsidP="00E672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36A8B" w14:textId="77777777" w:rsidR="00E672A9" w:rsidRPr="007D5062" w:rsidRDefault="00E672A9" w:rsidP="00E672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B1D3B" w14:textId="77777777" w:rsidR="00E672A9" w:rsidRPr="007D5062" w:rsidRDefault="00E672A9" w:rsidP="00E672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E672A9" w:rsidRPr="007D5062" w14:paraId="2F89A326" w14:textId="77777777" w:rsidTr="00036A96">
        <w:trPr>
          <w:trHeight w:val="7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38447" w14:textId="77777777" w:rsidR="00E672A9" w:rsidRPr="007D5062" w:rsidRDefault="00E672A9" w:rsidP="00E672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Emprendimiento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67993" w14:textId="77777777" w:rsidR="00E672A9" w:rsidRPr="007D5062" w:rsidRDefault="00E672A9" w:rsidP="00E672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2D7E3" w14:textId="77777777" w:rsidR="00E672A9" w:rsidRPr="007D5062" w:rsidRDefault="00E672A9" w:rsidP="00E672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1175A" w14:textId="77777777" w:rsidR="00E672A9" w:rsidRPr="007D5062" w:rsidRDefault="00E672A9" w:rsidP="00E672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</w:tbl>
    <w:p w14:paraId="16764902" w14:textId="77777777" w:rsidR="00E672A9" w:rsidRPr="007D5062" w:rsidRDefault="00E672A9" w:rsidP="00E672A9">
      <w:pPr>
        <w:rPr>
          <w:rFonts w:ascii="Calibri" w:hAnsi="Calibri" w:cs="Calibri"/>
        </w:rPr>
      </w:pPr>
    </w:p>
    <w:p w14:paraId="43A23C99" w14:textId="4A0C9E9D" w:rsidR="00D26B6F" w:rsidRPr="007D5062" w:rsidRDefault="00536DF1" w:rsidP="00CE44DD">
      <w:pPr>
        <w:pStyle w:val="Ttulo1"/>
        <w:numPr>
          <w:ilvl w:val="0"/>
          <w:numId w:val="19"/>
        </w:numPr>
        <w:rPr>
          <w:rFonts w:ascii="Calibri" w:hAnsi="Calibri" w:cs="Calibri"/>
          <w:color w:val="000000" w:themeColor="text1"/>
          <w:sz w:val="22"/>
          <w:szCs w:val="22"/>
        </w:rPr>
      </w:pPr>
      <w:r w:rsidRPr="007D5062">
        <w:rPr>
          <w:rFonts w:ascii="Calibri" w:hAnsi="Calibri" w:cs="Calibri"/>
          <w:color w:val="000000" w:themeColor="text1"/>
          <w:sz w:val="22"/>
          <w:szCs w:val="22"/>
        </w:rPr>
        <w:lastRenderedPageBreak/>
        <w:t>PLAN DE ACTIVIDADES Y CRONOGRAMA</w:t>
      </w:r>
    </w:p>
    <w:p w14:paraId="5159E125" w14:textId="77777777" w:rsidR="0009532F" w:rsidRPr="007D5062" w:rsidRDefault="0009532F" w:rsidP="0009532F">
      <w:pPr>
        <w:rPr>
          <w:rFonts w:ascii="Calibri" w:hAnsi="Calibri" w:cs="Calibri"/>
        </w:rPr>
      </w:pPr>
    </w:p>
    <w:tbl>
      <w:tblPr>
        <w:tblW w:w="9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"/>
        <w:gridCol w:w="1177"/>
        <w:gridCol w:w="1343"/>
        <w:gridCol w:w="1217"/>
        <w:gridCol w:w="1296"/>
        <w:gridCol w:w="1008"/>
        <w:gridCol w:w="749"/>
        <w:gridCol w:w="707"/>
        <w:gridCol w:w="1004"/>
      </w:tblGrid>
      <w:tr w:rsidR="0009532F" w:rsidRPr="007D5062" w14:paraId="6379BB78" w14:textId="77777777" w:rsidTr="0099115C">
        <w:trPr>
          <w:trHeight w:val="448"/>
        </w:trPr>
        <w:tc>
          <w:tcPr>
            <w:tcW w:w="92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B52F2" w14:textId="77777777" w:rsidR="0009532F" w:rsidRPr="007D5062" w:rsidRDefault="0009532F" w:rsidP="000953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PLAN DE ACTIVIDADES PEDAGOGICAS</w:t>
            </w:r>
          </w:p>
        </w:tc>
      </w:tr>
      <w:tr w:rsidR="0009532F" w:rsidRPr="007D5062" w14:paraId="60F37B42" w14:textId="77777777" w:rsidTr="008029B0">
        <w:trPr>
          <w:trHeight w:val="831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19D537" w14:textId="77777777" w:rsidR="0009532F" w:rsidRPr="007D5062" w:rsidRDefault="0009532F" w:rsidP="008029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Objetivo Especifico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158B08" w14:textId="21E9C140" w:rsidR="0009532F" w:rsidRPr="007D5062" w:rsidRDefault="0009532F" w:rsidP="000953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Actividad Pedagógica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836288" w14:textId="77777777" w:rsidR="0009532F" w:rsidRPr="007D5062" w:rsidRDefault="0009532F" w:rsidP="008029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Competencia que desarrolla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67F731" w14:textId="77777777" w:rsidR="0009532F" w:rsidRPr="007D5062" w:rsidRDefault="0009532F" w:rsidP="000953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Área Involucrada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82C8F9" w14:textId="77777777" w:rsidR="0009532F" w:rsidRPr="007D5062" w:rsidRDefault="0009532F" w:rsidP="000953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Responsable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4DECE" w14:textId="77777777" w:rsidR="0009532F" w:rsidRPr="007D5062" w:rsidRDefault="0009532F" w:rsidP="000953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Evidencia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489B0" w14:textId="77777777" w:rsidR="0009532F" w:rsidRPr="007D5062" w:rsidRDefault="0009532F" w:rsidP="000953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Fecha Inicio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2DA5D" w14:textId="77777777" w:rsidR="0009532F" w:rsidRPr="007D5062" w:rsidRDefault="0009532F" w:rsidP="000953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Fecha Final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FE8D2" w14:textId="77777777" w:rsidR="0009532F" w:rsidRPr="007D5062" w:rsidRDefault="0009532F" w:rsidP="000953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Indicador</w:t>
            </w:r>
          </w:p>
        </w:tc>
      </w:tr>
      <w:tr w:rsidR="0009532F" w:rsidRPr="007D5062" w14:paraId="25F403EC" w14:textId="77777777" w:rsidTr="0099115C">
        <w:trPr>
          <w:trHeight w:val="448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C6AF0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F82D4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AF2C7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0AE90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57DDE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A5FED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EDC5F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8D0C0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D1DFB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09532F" w:rsidRPr="007D5062" w14:paraId="3F50AD95" w14:textId="77777777" w:rsidTr="0099115C">
        <w:trPr>
          <w:trHeight w:val="448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73121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481E6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83643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67CC9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DF9B1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0F0DC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527F9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B65A1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6BA2A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09532F" w:rsidRPr="007D5062" w14:paraId="04306135" w14:textId="77777777" w:rsidTr="0099115C">
        <w:trPr>
          <w:trHeight w:val="448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FFC2E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A3C64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B8D57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A013F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EA209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AE612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92039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602E5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A035F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09532F" w:rsidRPr="007D5062" w14:paraId="1472A838" w14:textId="77777777" w:rsidTr="0099115C">
        <w:trPr>
          <w:trHeight w:val="448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DCDF3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2B6BF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9A491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B06B9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DBBF5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05235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EC1E7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17E21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08F34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09532F" w:rsidRPr="007D5062" w14:paraId="48D99F2A" w14:textId="77777777" w:rsidTr="0099115C">
        <w:trPr>
          <w:trHeight w:val="448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C1628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ABDA5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A36DC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7808B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B409E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ACB6E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B3997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D2EA5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35327" w14:textId="77777777" w:rsidR="0009532F" w:rsidRPr="007D5062" w:rsidRDefault="0009532F" w:rsidP="00095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</w:tbl>
    <w:p w14:paraId="6D06B63F" w14:textId="77777777" w:rsidR="0009532F" w:rsidRPr="007D5062" w:rsidRDefault="0009532F" w:rsidP="0009532F">
      <w:pPr>
        <w:rPr>
          <w:rFonts w:ascii="Calibri" w:hAnsi="Calibri" w:cs="Calibri"/>
        </w:rPr>
      </w:pPr>
    </w:p>
    <w:tbl>
      <w:tblPr>
        <w:tblW w:w="91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3"/>
        <w:gridCol w:w="999"/>
        <w:gridCol w:w="1296"/>
        <w:gridCol w:w="1133"/>
        <w:gridCol w:w="1578"/>
        <w:gridCol w:w="1100"/>
        <w:gridCol w:w="1038"/>
        <w:gridCol w:w="1004"/>
      </w:tblGrid>
      <w:tr w:rsidR="00C603F9" w:rsidRPr="007D5062" w14:paraId="30FB60CA" w14:textId="77777777" w:rsidTr="0099115C">
        <w:trPr>
          <w:trHeight w:val="388"/>
        </w:trPr>
        <w:tc>
          <w:tcPr>
            <w:tcW w:w="91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5DE3C" w14:textId="77777777" w:rsidR="00C603F9" w:rsidRPr="007D5062" w:rsidRDefault="00C603F9" w:rsidP="00C603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PLAN DE ACTIVIDADES PRODUCTIVAS</w:t>
            </w:r>
          </w:p>
        </w:tc>
      </w:tr>
      <w:tr w:rsidR="00C603F9" w:rsidRPr="007D5062" w14:paraId="6C54D469" w14:textId="77777777" w:rsidTr="0099115C">
        <w:trPr>
          <w:trHeight w:val="777"/>
        </w:trPr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CF9AE" w14:textId="77777777" w:rsidR="00C603F9" w:rsidRPr="007D5062" w:rsidRDefault="00C603F9" w:rsidP="00C603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Objetivo Productivo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348F4" w14:textId="77777777" w:rsidR="00C603F9" w:rsidRPr="007D5062" w:rsidRDefault="00C603F9" w:rsidP="00C603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Actividad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269B9" w14:textId="77777777" w:rsidR="00C603F9" w:rsidRPr="007D5062" w:rsidRDefault="00C603F9" w:rsidP="00C603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Responsable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E90B6" w14:textId="52A80626" w:rsidR="00C603F9" w:rsidRPr="007D5062" w:rsidRDefault="00FF5660" w:rsidP="00C603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Insumo y/o dotación r</w:t>
            </w:r>
            <w:r w:rsidR="00C603F9"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equeridos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259EE" w14:textId="77777777" w:rsidR="00C603F9" w:rsidRPr="007D5062" w:rsidRDefault="00C603F9" w:rsidP="00C603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Producto esperado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0CD33" w14:textId="77777777" w:rsidR="00C603F9" w:rsidRPr="007D5062" w:rsidRDefault="00C603F9" w:rsidP="00C603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Fecha Inicio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CF57F" w14:textId="77777777" w:rsidR="00C603F9" w:rsidRPr="007D5062" w:rsidRDefault="00C603F9" w:rsidP="00C603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Fecha Final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2C60D" w14:textId="77777777" w:rsidR="00C603F9" w:rsidRPr="007D5062" w:rsidRDefault="00C603F9" w:rsidP="00C603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Indicador</w:t>
            </w:r>
          </w:p>
        </w:tc>
      </w:tr>
      <w:tr w:rsidR="00C603F9" w:rsidRPr="007D5062" w14:paraId="00B929EF" w14:textId="77777777" w:rsidTr="0099115C">
        <w:trPr>
          <w:trHeight w:val="388"/>
        </w:trPr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5AB5F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C0C4B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0563E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93675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AE73E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60CF7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C3899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40965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C603F9" w:rsidRPr="007D5062" w14:paraId="248CBBDA" w14:textId="77777777" w:rsidTr="0099115C">
        <w:trPr>
          <w:trHeight w:val="388"/>
        </w:trPr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A58D0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E1D1A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F1ED9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F51B5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E75A6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46CE6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27651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1D532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C603F9" w:rsidRPr="007D5062" w14:paraId="489CCA7B" w14:textId="77777777" w:rsidTr="0099115C">
        <w:trPr>
          <w:trHeight w:val="388"/>
        </w:trPr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F681F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A4381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C8854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6B789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BE561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B8637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8CCDE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80ECD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C603F9" w:rsidRPr="007D5062" w14:paraId="69297286" w14:textId="77777777" w:rsidTr="0099115C">
        <w:trPr>
          <w:trHeight w:val="388"/>
        </w:trPr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09BD6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741B4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04B83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DD879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68BC6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D0179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E50EE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3895D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C603F9" w:rsidRPr="007D5062" w14:paraId="5C28F2D4" w14:textId="77777777" w:rsidTr="0099115C">
        <w:trPr>
          <w:trHeight w:val="388"/>
        </w:trPr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B724B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C8B81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088D7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E63B1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35100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71C5C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7A11B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C5EAC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C603F9" w:rsidRPr="007D5062" w14:paraId="7C387A21" w14:textId="77777777" w:rsidTr="0099115C">
        <w:trPr>
          <w:trHeight w:val="388"/>
        </w:trPr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8A315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51DF7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B758D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9A6D8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299CB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2B4BF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CDF78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607DD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C603F9" w:rsidRPr="007D5062" w14:paraId="4EF603BE" w14:textId="77777777" w:rsidTr="0099115C">
        <w:trPr>
          <w:trHeight w:val="388"/>
        </w:trPr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243D2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07E45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8F2A2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11B52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21D57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C5285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68FD4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8BE37" w14:textId="77777777" w:rsidR="00C603F9" w:rsidRPr="007D5062" w:rsidRDefault="00C603F9" w:rsidP="00C60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</w:tbl>
    <w:p w14:paraId="17D3F10E" w14:textId="77777777" w:rsidR="0009532F" w:rsidRPr="007D5062" w:rsidRDefault="0009532F" w:rsidP="0009532F">
      <w:pPr>
        <w:rPr>
          <w:rFonts w:ascii="Calibri" w:hAnsi="Calibri" w:cs="Calibri"/>
        </w:rPr>
      </w:pPr>
    </w:p>
    <w:p w14:paraId="12758F86" w14:textId="77777777" w:rsidR="002957D1" w:rsidRPr="007D5062" w:rsidRDefault="002957D1" w:rsidP="0009532F">
      <w:pPr>
        <w:rPr>
          <w:rFonts w:ascii="Calibri" w:hAnsi="Calibri" w:cs="Calibri"/>
        </w:rPr>
      </w:pPr>
    </w:p>
    <w:p w14:paraId="500CC25D" w14:textId="77777777" w:rsidR="002957D1" w:rsidRPr="007D5062" w:rsidRDefault="002957D1" w:rsidP="0009532F">
      <w:pPr>
        <w:rPr>
          <w:rFonts w:ascii="Calibri" w:hAnsi="Calibri" w:cs="Calibri"/>
        </w:rPr>
      </w:pPr>
    </w:p>
    <w:p w14:paraId="71250098" w14:textId="77777777" w:rsidR="002957D1" w:rsidRPr="007D5062" w:rsidRDefault="002957D1" w:rsidP="0009532F">
      <w:pPr>
        <w:rPr>
          <w:rFonts w:ascii="Calibri" w:hAnsi="Calibri" w:cs="Calibri"/>
        </w:rPr>
      </w:pPr>
    </w:p>
    <w:p w14:paraId="6EA1E152" w14:textId="77777777" w:rsidR="002957D1" w:rsidRPr="007D5062" w:rsidRDefault="002957D1" w:rsidP="0009532F">
      <w:pPr>
        <w:rPr>
          <w:rFonts w:ascii="Calibri" w:hAnsi="Calibri" w:cs="Calibri"/>
        </w:rPr>
      </w:pPr>
    </w:p>
    <w:p w14:paraId="70305578" w14:textId="77777777" w:rsidR="002957D1" w:rsidRPr="007D5062" w:rsidRDefault="002957D1" w:rsidP="0009532F">
      <w:pPr>
        <w:rPr>
          <w:rFonts w:ascii="Calibri" w:hAnsi="Calibri" w:cs="Calibri"/>
        </w:rPr>
      </w:pPr>
    </w:p>
    <w:p w14:paraId="3AEA17E5" w14:textId="77777777" w:rsidR="002957D1" w:rsidRPr="007D5062" w:rsidRDefault="002957D1" w:rsidP="0009532F">
      <w:pPr>
        <w:rPr>
          <w:rFonts w:ascii="Calibri" w:hAnsi="Calibri" w:cs="Calibri"/>
        </w:rPr>
      </w:pPr>
    </w:p>
    <w:p w14:paraId="6B398911" w14:textId="76322A35" w:rsidR="00D26B6F" w:rsidRPr="007D5062" w:rsidRDefault="00536DF1" w:rsidP="00CE44DD">
      <w:pPr>
        <w:pStyle w:val="Ttulo1"/>
        <w:numPr>
          <w:ilvl w:val="0"/>
          <w:numId w:val="19"/>
        </w:numPr>
        <w:rPr>
          <w:rFonts w:ascii="Calibri" w:hAnsi="Calibri" w:cs="Calibri"/>
          <w:color w:val="auto"/>
          <w:sz w:val="22"/>
          <w:szCs w:val="22"/>
        </w:rPr>
      </w:pPr>
      <w:r w:rsidRPr="007D5062">
        <w:rPr>
          <w:rFonts w:ascii="Calibri" w:hAnsi="Calibri" w:cs="Calibri"/>
          <w:color w:val="auto"/>
          <w:sz w:val="22"/>
          <w:szCs w:val="22"/>
        </w:rPr>
        <w:lastRenderedPageBreak/>
        <w:t>PRESUPUESTO Y COFINANCIACIÓN</w:t>
      </w:r>
    </w:p>
    <w:p w14:paraId="3ABFE0C5" w14:textId="77777777" w:rsidR="005F1E6D" w:rsidRPr="007D5062" w:rsidRDefault="005F1E6D" w:rsidP="005F1E6D">
      <w:pPr>
        <w:rPr>
          <w:rFonts w:ascii="Calibri" w:hAnsi="Calibri" w:cs="Calibri"/>
        </w:rPr>
      </w:pPr>
    </w:p>
    <w:tbl>
      <w:tblPr>
        <w:tblW w:w="89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0"/>
        <w:gridCol w:w="1550"/>
        <w:gridCol w:w="1869"/>
        <w:gridCol w:w="808"/>
        <w:gridCol w:w="1023"/>
        <w:gridCol w:w="1503"/>
        <w:gridCol w:w="1176"/>
      </w:tblGrid>
      <w:tr w:rsidR="005F1E6D" w:rsidRPr="007D5062" w14:paraId="1BA6420D" w14:textId="77777777" w:rsidTr="00E63E77">
        <w:trPr>
          <w:trHeight w:val="405"/>
        </w:trPr>
        <w:tc>
          <w:tcPr>
            <w:tcW w:w="89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0F290" w14:textId="77777777" w:rsidR="005F1E6D" w:rsidRPr="007D5062" w:rsidRDefault="005F1E6D" w:rsidP="005F1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 xml:space="preserve">PRESUPUESTO DETALLADO </w:t>
            </w:r>
          </w:p>
        </w:tc>
      </w:tr>
      <w:tr w:rsidR="005F1E6D" w:rsidRPr="007D5062" w14:paraId="778B6598" w14:textId="77777777" w:rsidTr="00E63E77">
        <w:trPr>
          <w:trHeight w:val="1215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0A7FD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Actividad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988C0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Concepto (Insumo, equipo o servicio)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0008D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Especificación técnica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1C9AF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Unidad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31BB7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Cantidad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AE67E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Valor Unitario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92D4B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Valor Total</w:t>
            </w:r>
          </w:p>
        </w:tc>
      </w:tr>
      <w:tr w:rsidR="005F1E6D" w:rsidRPr="007D5062" w14:paraId="0850A6E0" w14:textId="77777777" w:rsidTr="00E63E77">
        <w:trPr>
          <w:trHeight w:val="405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55FC5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7E39A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37F62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AB6C8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2EAE1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97383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11DCA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5F1E6D" w:rsidRPr="007D5062" w14:paraId="62FD7FE9" w14:textId="77777777" w:rsidTr="00E63E77">
        <w:trPr>
          <w:trHeight w:val="405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EA6B6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E4498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A6911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D6F97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ED976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94308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D6877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5F1E6D" w:rsidRPr="007D5062" w14:paraId="59FDC2E3" w14:textId="77777777" w:rsidTr="00E63E77">
        <w:trPr>
          <w:trHeight w:val="405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0EFF4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2231B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996E1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E07F0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33FA2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CDB3B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334CF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5F1E6D" w:rsidRPr="007D5062" w14:paraId="2D9FCA75" w14:textId="77777777" w:rsidTr="00E63E77">
        <w:trPr>
          <w:trHeight w:val="405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A688F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A3DF2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73A78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AC0FE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AC158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80430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5A0A0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5F1E6D" w:rsidRPr="007D5062" w14:paraId="2395DD61" w14:textId="77777777" w:rsidTr="00E63E77">
        <w:trPr>
          <w:trHeight w:val="405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6A40C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04D61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56718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0CA15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52A3E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28995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4D2C0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5F1E6D" w:rsidRPr="007D5062" w14:paraId="2876B280" w14:textId="77777777" w:rsidTr="00E63E77">
        <w:trPr>
          <w:trHeight w:val="405"/>
        </w:trPr>
        <w:tc>
          <w:tcPr>
            <w:tcW w:w="7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75A8C9B" w14:textId="77777777" w:rsidR="005F1E6D" w:rsidRPr="007D5062" w:rsidRDefault="005F1E6D" w:rsidP="005F1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TOTAL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10340" w14:textId="77777777" w:rsidR="005F1E6D" w:rsidRPr="007D5062" w:rsidRDefault="005F1E6D" w:rsidP="005F1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</w:tbl>
    <w:p w14:paraId="6086FF62" w14:textId="77777777" w:rsidR="005F1E6D" w:rsidRPr="007D5062" w:rsidRDefault="005F1E6D" w:rsidP="005F1E6D">
      <w:pPr>
        <w:rPr>
          <w:rFonts w:ascii="Calibri" w:hAnsi="Calibri" w:cs="Calibri"/>
        </w:rPr>
      </w:pPr>
    </w:p>
    <w:p w14:paraId="5046588E" w14:textId="6FF68A25" w:rsidR="003B2126" w:rsidRPr="007D5062" w:rsidRDefault="002526BB" w:rsidP="006A4A5D">
      <w:pPr>
        <w:jc w:val="both"/>
        <w:rPr>
          <w:rFonts w:ascii="Calibri" w:hAnsi="Calibri" w:cs="Calibri"/>
        </w:rPr>
      </w:pPr>
      <w:r w:rsidRPr="007D5062">
        <w:rPr>
          <w:rFonts w:ascii="Calibri" w:hAnsi="Calibri" w:cs="Calibri"/>
        </w:rPr>
        <w:t xml:space="preserve">En la siguiente tabla, registre las fuentes de financiación previstas para la ejecución del Proyecto Pedagógico Productivo (PPP), indicando el valor correspondiente y el estado de cada aporte. Para el estado, seleccione una de las siguientes opciones: </w:t>
      </w:r>
      <w:r w:rsidRPr="007D5062">
        <w:rPr>
          <w:rFonts w:ascii="Calibri" w:hAnsi="Calibri" w:cs="Calibri"/>
          <w:i/>
          <w:iCs/>
        </w:rPr>
        <w:t>Solicitado</w:t>
      </w:r>
      <w:r w:rsidRPr="007D5062">
        <w:rPr>
          <w:rFonts w:ascii="Calibri" w:hAnsi="Calibri" w:cs="Calibri"/>
        </w:rPr>
        <w:t xml:space="preserve"> (cuando se ha presentado la solicitud y está pendiente de aprobación), </w:t>
      </w:r>
      <w:r w:rsidRPr="007D5062">
        <w:rPr>
          <w:rFonts w:ascii="Calibri" w:hAnsi="Calibri" w:cs="Calibri"/>
          <w:i/>
          <w:iCs/>
        </w:rPr>
        <w:t>Gestionado</w:t>
      </w:r>
      <w:r w:rsidRPr="007D5062">
        <w:rPr>
          <w:rFonts w:ascii="Calibri" w:hAnsi="Calibri" w:cs="Calibri"/>
        </w:rPr>
        <w:t xml:space="preserve"> (cuando se encuentra en trámite o negociación) o </w:t>
      </w:r>
      <w:r w:rsidRPr="007D5062">
        <w:rPr>
          <w:rFonts w:ascii="Calibri" w:hAnsi="Calibri" w:cs="Calibri"/>
          <w:i/>
          <w:iCs/>
        </w:rPr>
        <w:t>Confirmado</w:t>
      </w:r>
      <w:r w:rsidRPr="007D5062">
        <w:rPr>
          <w:rFonts w:ascii="Calibri" w:hAnsi="Calibri" w:cs="Calibri"/>
        </w:rPr>
        <w:t xml:space="preserve"> (cuando el recurso ha sido aprobado o se cuenta con la disponibilidad del aporte).</w:t>
      </w:r>
    </w:p>
    <w:tbl>
      <w:tblPr>
        <w:tblW w:w="779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1"/>
        <w:gridCol w:w="1236"/>
        <w:gridCol w:w="2835"/>
      </w:tblGrid>
      <w:tr w:rsidR="00756AF9" w:rsidRPr="007D5062" w14:paraId="39553C2D" w14:textId="77777777" w:rsidTr="0061619D">
        <w:trPr>
          <w:trHeight w:val="300"/>
          <w:jc w:val="center"/>
        </w:trPr>
        <w:tc>
          <w:tcPr>
            <w:tcW w:w="77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2F247" w14:textId="77777777" w:rsidR="00756AF9" w:rsidRPr="007D5062" w:rsidRDefault="00756AF9" w:rsidP="00756A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Plan de financiación</w:t>
            </w:r>
          </w:p>
        </w:tc>
      </w:tr>
      <w:tr w:rsidR="00756AF9" w:rsidRPr="007D5062" w14:paraId="3C9825F0" w14:textId="77777777" w:rsidTr="0061619D">
        <w:trPr>
          <w:trHeight w:val="300"/>
          <w:jc w:val="center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24E89" w14:textId="77777777" w:rsidR="00756AF9" w:rsidRPr="007D5062" w:rsidRDefault="00756AF9" w:rsidP="00756A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Fuente de Financiación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B9C7D" w14:textId="77777777" w:rsidR="00756AF9" w:rsidRPr="007D5062" w:rsidRDefault="00756AF9" w:rsidP="00756A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Valor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F1C29" w14:textId="77777777" w:rsidR="00756AF9" w:rsidRPr="007D5062" w:rsidRDefault="00756AF9" w:rsidP="00756A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Estado</w:t>
            </w:r>
          </w:p>
        </w:tc>
      </w:tr>
      <w:tr w:rsidR="00756AF9" w:rsidRPr="007D5062" w14:paraId="7F0AFE90" w14:textId="77777777" w:rsidTr="0061619D">
        <w:trPr>
          <w:trHeight w:val="300"/>
          <w:jc w:val="center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4483F" w14:textId="77777777" w:rsidR="00756AF9" w:rsidRPr="007D5062" w:rsidRDefault="00756AF9" w:rsidP="00756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Secretaría de Educación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46D7B" w14:textId="77777777" w:rsidR="00756AF9" w:rsidRPr="007D5062" w:rsidRDefault="00756AF9" w:rsidP="00756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8E44C" w14:textId="77777777" w:rsidR="00756AF9" w:rsidRPr="007D5062" w:rsidRDefault="00756AF9" w:rsidP="00756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Solicitado</w:t>
            </w:r>
          </w:p>
        </w:tc>
      </w:tr>
      <w:tr w:rsidR="00756AF9" w:rsidRPr="007D5062" w14:paraId="527BA587" w14:textId="77777777" w:rsidTr="0061619D">
        <w:trPr>
          <w:trHeight w:val="300"/>
          <w:jc w:val="center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4DB0A" w14:textId="77777777" w:rsidR="00756AF9" w:rsidRPr="007D5062" w:rsidRDefault="00756AF9" w:rsidP="00756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Alcaldía Municipal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3EADE" w14:textId="77777777" w:rsidR="00756AF9" w:rsidRPr="007D5062" w:rsidRDefault="00756AF9" w:rsidP="00756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6377D" w14:textId="77777777" w:rsidR="00756AF9" w:rsidRPr="007D5062" w:rsidRDefault="00756AF9" w:rsidP="00756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Gestionado</w:t>
            </w:r>
          </w:p>
        </w:tc>
      </w:tr>
      <w:tr w:rsidR="00756AF9" w:rsidRPr="007D5062" w14:paraId="33FFCFB0" w14:textId="77777777" w:rsidTr="0061619D">
        <w:trPr>
          <w:trHeight w:val="300"/>
          <w:jc w:val="center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A1444" w14:textId="77777777" w:rsidR="00756AF9" w:rsidRPr="007D5062" w:rsidRDefault="00756AF9" w:rsidP="00756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SENA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867F2" w14:textId="77777777" w:rsidR="00756AF9" w:rsidRPr="007D5062" w:rsidRDefault="00756AF9" w:rsidP="00756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87079" w14:textId="77777777" w:rsidR="00756AF9" w:rsidRPr="007D5062" w:rsidRDefault="00756AF9" w:rsidP="00756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756AF9" w:rsidRPr="007D5062" w14:paraId="5F3FFE24" w14:textId="77777777" w:rsidTr="0061619D">
        <w:trPr>
          <w:trHeight w:val="300"/>
          <w:jc w:val="center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F64FB" w14:textId="77777777" w:rsidR="00756AF9" w:rsidRPr="007D5062" w:rsidRDefault="00756AF9" w:rsidP="00756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Padres de Familia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1ED6A" w14:textId="77777777" w:rsidR="00756AF9" w:rsidRPr="007D5062" w:rsidRDefault="00756AF9" w:rsidP="00756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DDBA4" w14:textId="77777777" w:rsidR="00756AF9" w:rsidRPr="007D5062" w:rsidRDefault="00756AF9" w:rsidP="00756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756AF9" w:rsidRPr="007D5062" w14:paraId="0573C88B" w14:textId="77777777" w:rsidTr="0061619D">
        <w:trPr>
          <w:trHeight w:val="300"/>
          <w:jc w:val="center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58392" w14:textId="77777777" w:rsidR="00756AF9" w:rsidRPr="007D5062" w:rsidRDefault="00756AF9" w:rsidP="00756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Empresa Privada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53F5F" w14:textId="77777777" w:rsidR="00756AF9" w:rsidRPr="007D5062" w:rsidRDefault="00756AF9" w:rsidP="00756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CF65B" w14:textId="77777777" w:rsidR="00756AF9" w:rsidRPr="007D5062" w:rsidRDefault="00756AF9" w:rsidP="00756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756AF9" w:rsidRPr="007D5062" w14:paraId="38CE7125" w14:textId="77777777" w:rsidTr="0061619D">
        <w:trPr>
          <w:trHeight w:val="300"/>
          <w:jc w:val="center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13AE9" w14:textId="77777777" w:rsidR="00756AF9" w:rsidRPr="007D5062" w:rsidRDefault="00756AF9" w:rsidP="00756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Otros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DE23F" w14:textId="77777777" w:rsidR="00756AF9" w:rsidRPr="007D5062" w:rsidRDefault="00756AF9" w:rsidP="00756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D7069" w14:textId="77777777" w:rsidR="00756AF9" w:rsidRPr="007D5062" w:rsidRDefault="00756AF9" w:rsidP="00756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756AF9" w:rsidRPr="007D5062" w14:paraId="4994BA40" w14:textId="77777777" w:rsidTr="0061619D">
        <w:trPr>
          <w:trHeight w:val="300"/>
          <w:jc w:val="center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75BCD" w14:textId="77777777" w:rsidR="00756AF9" w:rsidRPr="007D5062" w:rsidRDefault="00756AF9" w:rsidP="00756A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proofErr w:type="gramStart"/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TOTAL</w:t>
            </w:r>
            <w:proofErr w:type="gramEnd"/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 xml:space="preserve"> FINANCIACIÓN 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9AC9F" w14:textId="77777777" w:rsidR="00756AF9" w:rsidRPr="007D5062" w:rsidRDefault="00756AF9" w:rsidP="00756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05834" w14:textId="77777777" w:rsidR="00756AF9" w:rsidRPr="007D5062" w:rsidRDefault="00756AF9" w:rsidP="00756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</w:tr>
    </w:tbl>
    <w:p w14:paraId="3DF8684E" w14:textId="77777777" w:rsidR="005F1E6D" w:rsidRPr="007D5062" w:rsidRDefault="005F1E6D" w:rsidP="005F1E6D">
      <w:pPr>
        <w:rPr>
          <w:rFonts w:ascii="Calibri" w:hAnsi="Calibri" w:cs="Calibri"/>
        </w:rPr>
      </w:pPr>
    </w:p>
    <w:p w14:paraId="6AFA9582" w14:textId="77777777" w:rsidR="003D22CB" w:rsidRPr="007D5062" w:rsidRDefault="003D22CB" w:rsidP="003D22CB">
      <w:pPr>
        <w:rPr>
          <w:rFonts w:ascii="Calibri" w:hAnsi="Calibri" w:cs="Calibri"/>
          <w:b/>
          <w:bCs/>
        </w:rPr>
      </w:pPr>
      <w:r w:rsidRPr="007D5062">
        <w:rPr>
          <w:rFonts w:ascii="Calibri" w:hAnsi="Calibri" w:cs="Calibri"/>
          <w:b/>
          <w:bCs/>
        </w:rPr>
        <w:t>Observaciones para el diligenciamiento</w:t>
      </w:r>
    </w:p>
    <w:p w14:paraId="2A467EC2" w14:textId="77777777" w:rsidR="003D22CB" w:rsidRPr="007D5062" w:rsidRDefault="003D22CB" w:rsidP="000116A1">
      <w:pPr>
        <w:jc w:val="both"/>
        <w:rPr>
          <w:rFonts w:ascii="Calibri" w:hAnsi="Calibri" w:cs="Calibri"/>
        </w:rPr>
      </w:pPr>
      <w:r w:rsidRPr="007D5062">
        <w:rPr>
          <w:rFonts w:ascii="Calibri" w:hAnsi="Calibri" w:cs="Calibri"/>
        </w:rPr>
        <w:t>Al final de esta sección incluiría las siguientes indicaciones:</w:t>
      </w:r>
    </w:p>
    <w:p w14:paraId="6D79ACEB" w14:textId="77777777" w:rsidR="003D22CB" w:rsidRPr="007D5062" w:rsidRDefault="003D22CB" w:rsidP="000116A1">
      <w:pPr>
        <w:numPr>
          <w:ilvl w:val="0"/>
          <w:numId w:val="18"/>
        </w:numPr>
        <w:jc w:val="both"/>
        <w:rPr>
          <w:rFonts w:ascii="Calibri" w:hAnsi="Calibri" w:cs="Calibri"/>
        </w:rPr>
      </w:pPr>
      <w:r w:rsidRPr="007D5062">
        <w:rPr>
          <w:rFonts w:ascii="Calibri" w:hAnsi="Calibri" w:cs="Calibri"/>
        </w:rPr>
        <w:t xml:space="preserve">Todos los valores deberán estar respaldados por </w:t>
      </w:r>
      <w:r w:rsidRPr="007D5062">
        <w:rPr>
          <w:rFonts w:ascii="Calibri" w:hAnsi="Calibri" w:cs="Calibri"/>
          <w:b/>
          <w:bCs/>
        </w:rPr>
        <w:t>mínimo dos cotizaciones</w:t>
      </w:r>
      <w:r w:rsidRPr="007D5062">
        <w:rPr>
          <w:rFonts w:ascii="Calibri" w:hAnsi="Calibri" w:cs="Calibri"/>
        </w:rPr>
        <w:t xml:space="preserve"> recientes, cuando aplique. </w:t>
      </w:r>
    </w:p>
    <w:p w14:paraId="6FEBA868" w14:textId="77777777" w:rsidR="003D22CB" w:rsidRPr="007D5062" w:rsidRDefault="003D22CB" w:rsidP="000116A1">
      <w:pPr>
        <w:numPr>
          <w:ilvl w:val="0"/>
          <w:numId w:val="18"/>
        </w:numPr>
        <w:jc w:val="both"/>
        <w:rPr>
          <w:rFonts w:ascii="Calibri" w:hAnsi="Calibri" w:cs="Calibri"/>
        </w:rPr>
      </w:pPr>
      <w:r w:rsidRPr="007D5062">
        <w:rPr>
          <w:rFonts w:ascii="Calibri" w:hAnsi="Calibri" w:cs="Calibri"/>
        </w:rPr>
        <w:lastRenderedPageBreak/>
        <w:t xml:space="preserve">Los bienes solicitados deberán estar directamente relacionados con los objetivos pedagógicos del proyecto. </w:t>
      </w:r>
    </w:p>
    <w:p w14:paraId="3EA8937E" w14:textId="77777777" w:rsidR="003D22CB" w:rsidRPr="007D5062" w:rsidRDefault="003D22CB" w:rsidP="000116A1">
      <w:pPr>
        <w:numPr>
          <w:ilvl w:val="0"/>
          <w:numId w:val="18"/>
        </w:numPr>
        <w:jc w:val="both"/>
        <w:rPr>
          <w:rFonts w:ascii="Calibri" w:hAnsi="Calibri" w:cs="Calibri"/>
        </w:rPr>
      </w:pPr>
      <w:r w:rsidRPr="007D5062">
        <w:rPr>
          <w:rFonts w:ascii="Calibri" w:hAnsi="Calibri" w:cs="Calibri"/>
        </w:rPr>
        <w:t xml:space="preserve">No se financiarán gastos de funcionamiento, pago de personal, construcción de infraestructura ni adquisición de animales, salvo que exista autorización expresa de la Secretaría de Educación. </w:t>
      </w:r>
    </w:p>
    <w:p w14:paraId="01609AEA" w14:textId="77777777" w:rsidR="003D22CB" w:rsidRPr="007D5062" w:rsidRDefault="003D22CB" w:rsidP="000116A1">
      <w:pPr>
        <w:numPr>
          <w:ilvl w:val="0"/>
          <w:numId w:val="18"/>
        </w:numPr>
        <w:jc w:val="both"/>
        <w:rPr>
          <w:rFonts w:ascii="Calibri" w:hAnsi="Calibri" w:cs="Calibri"/>
        </w:rPr>
      </w:pPr>
      <w:r w:rsidRPr="007D5062">
        <w:rPr>
          <w:rFonts w:ascii="Calibri" w:hAnsi="Calibri" w:cs="Calibri"/>
        </w:rPr>
        <w:t>El presupuesto deberá guardar coherencia con las actividades, el cronograma y las metas establecidas en el proyecto.</w:t>
      </w:r>
    </w:p>
    <w:p w14:paraId="62682E8E" w14:textId="76058F0F" w:rsidR="007C3D5C" w:rsidRPr="007D5062" w:rsidRDefault="007C3D5C" w:rsidP="007C3D5C">
      <w:pPr>
        <w:jc w:val="both"/>
        <w:rPr>
          <w:rFonts w:ascii="Calibri" w:hAnsi="Calibri" w:cs="Calibri"/>
        </w:rPr>
      </w:pPr>
      <w:r w:rsidRPr="007D5062">
        <w:rPr>
          <w:rFonts w:ascii="Calibri" w:hAnsi="Calibri" w:cs="Calibri"/>
          <w:b/>
          <w:bCs/>
        </w:rPr>
        <w:t>Flujo de Caja:</w:t>
      </w:r>
      <w:r w:rsidRPr="007D5062">
        <w:rPr>
          <w:rFonts w:ascii="Calibri" w:hAnsi="Calibri" w:cs="Calibri"/>
        </w:rPr>
        <w:t xml:space="preserve"> Registre la proyección mensual de ingresos y egresos del Proyecto Pedagógico Productivo durante el periodo de ejecución. Los ingresos pueden corresponder a aportes de la Secretaría de Educación, contrapartidas, aportes de aliados o ingresos derivados de la comercialización de bienes o servicios. Los egresos deben incluir los costos asociados a la ejecución del proyecto, tales como adquisición de insumos, equipos, materiales, transporte, mantenimiento y demás gastos directamente relacionados con las actividades previstas.</w:t>
      </w: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1701"/>
        <w:gridCol w:w="1795"/>
        <w:gridCol w:w="1890"/>
        <w:gridCol w:w="1276"/>
        <w:gridCol w:w="1276"/>
      </w:tblGrid>
      <w:tr w:rsidR="00BE040B" w:rsidRPr="007D5062" w14:paraId="781CB4E1" w14:textId="77777777" w:rsidTr="00E622D3">
        <w:trPr>
          <w:trHeight w:val="300"/>
        </w:trPr>
        <w:tc>
          <w:tcPr>
            <w:tcW w:w="87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F08B4D" w14:textId="77777777" w:rsidR="00BE040B" w:rsidRPr="007D5062" w:rsidRDefault="00BE040B" w:rsidP="00BE0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Flujo de caja</w:t>
            </w:r>
          </w:p>
        </w:tc>
      </w:tr>
      <w:tr w:rsidR="00BE040B" w:rsidRPr="007D5062" w14:paraId="5B665071" w14:textId="77777777" w:rsidTr="00E622D3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40684" w14:textId="77777777" w:rsidR="00BE040B" w:rsidRPr="007D5062" w:rsidRDefault="00BE040B" w:rsidP="00BE0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Mes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AA349" w14:textId="77777777" w:rsidR="00BE040B" w:rsidRPr="007D5062" w:rsidRDefault="00BE040B" w:rsidP="00BE0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Concepto de ingreso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6FD3E" w14:textId="77777777" w:rsidR="00BE040B" w:rsidRPr="007D5062" w:rsidRDefault="00BE040B" w:rsidP="00BE0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Valor ingresos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DED98" w14:textId="77777777" w:rsidR="00BE040B" w:rsidRPr="007D5062" w:rsidRDefault="00BE040B" w:rsidP="00BE0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concepto de egresos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0B14A" w14:textId="77777777" w:rsidR="00BE040B" w:rsidRPr="007D5062" w:rsidRDefault="00BE040B" w:rsidP="00BE0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 xml:space="preserve">valor egresos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E5240" w14:textId="77777777" w:rsidR="00BE040B" w:rsidRPr="007D5062" w:rsidRDefault="00BE040B" w:rsidP="00BE0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saldo</w:t>
            </w:r>
          </w:p>
        </w:tc>
      </w:tr>
      <w:tr w:rsidR="00BE040B" w:rsidRPr="007D5062" w14:paraId="1A5124E6" w14:textId="77777777" w:rsidTr="003152C4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8EE2A" w14:textId="77777777" w:rsidR="00BE040B" w:rsidRPr="007D5062" w:rsidRDefault="00BE040B" w:rsidP="00BE0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Enero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5CFC5" w14:textId="41BA8204" w:rsidR="00BE040B" w:rsidRPr="007D5062" w:rsidRDefault="00BE040B" w:rsidP="00BE0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40A4FC" w14:textId="32D8C997" w:rsidR="00BE040B" w:rsidRPr="007D5062" w:rsidRDefault="00BE040B" w:rsidP="00E622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65161" w14:textId="06D4F572" w:rsidR="00BE040B" w:rsidRPr="007D5062" w:rsidRDefault="00BE040B" w:rsidP="00BE0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CDD91" w14:textId="57983FD0" w:rsidR="00BE040B" w:rsidRPr="007D5062" w:rsidRDefault="00BE040B" w:rsidP="003407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CC9A9" w14:textId="02A6E47D" w:rsidR="00BE040B" w:rsidRPr="007D5062" w:rsidRDefault="00BE040B" w:rsidP="003407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</w:tr>
      <w:tr w:rsidR="00BE040B" w:rsidRPr="007D5062" w14:paraId="20CC346C" w14:textId="77777777" w:rsidTr="003152C4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1507D" w14:textId="07198D16" w:rsidR="00BE040B" w:rsidRPr="007D5062" w:rsidRDefault="00BE040B" w:rsidP="00BE0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Feb</w:t>
            </w:r>
            <w:r w:rsidR="00C46DBE"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r</w:t>
            </w: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ero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79A971" w14:textId="6E28FEE4" w:rsidR="00BE040B" w:rsidRPr="007D5062" w:rsidRDefault="00BE040B" w:rsidP="00BE0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6652AE" w14:textId="1FB14176" w:rsidR="00BE040B" w:rsidRPr="007D5062" w:rsidRDefault="00BE040B" w:rsidP="00E622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7EB627" w14:textId="5088805D" w:rsidR="00BE040B" w:rsidRPr="007D5062" w:rsidRDefault="00BE040B" w:rsidP="00BE0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1EC0F2" w14:textId="3BDE0C3E" w:rsidR="00BE040B" w:rsidRPr="007D5062" w:rsidRDefault="00BE040B" w:rsidP="003407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DCE864" w14:textId="2B1ABD54" w:rsidR="00BE040B" w:rsidRPr="007D5062" w:rsidRDefault="00BE040B" w:rsidP="003407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</w:tr>
      <w:tr w:rsidR="00BE040B" w:rsidRPr="007D5062" w14:paraId="15AD8A19" w14:textId="77777777" w:rsidTr="003152C4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3E2E2" w14:textId="77777777" w:rsidR="00BE040B" w:rsidRPr="007D5062" w:rsidRDefault="00BE040B" w:rsidP="00BE0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Marzo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3D52A" w14:textId="283F6809" w:rsidR="00BE040B" w:rsidRPr="007D5062" w:rsidRDefault="00BE040B" w:rsidP="00BE0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B576AA" w14:textId="3DC42154" w:rsidR="00BE040B" w:rsidRPr="007D5062" w:rsidRDefault="00BE040B" w:rsidP="00E622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61966" w14:textId="0635171B" w:rsidR="00BE040B" w:rsidRPr="007D5062" w:rsidRDefault="00BE040B" w:rsidP="00BE0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591608" w14:textId="3D8A85A0" w:rsidR="00BE040B" w:rsidRPr="007D5062" w:rsidRDefault="00BE040B" w:rsidP="003407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AED851" w14:textId="35C7656B" w:rsidR="00BE040B" w:rsidRPr="007D5062" w:rsidRDefault="00BE040B" w:rsidP="003407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</w:tr>
      <w:tr w:rsidR="00BE040B" w:rsidRPr="007D5062" w14:paraId="2FC760C8" w14:textId="77777777" w:rsidTr="00E622D3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79F7F" w14:textId="77777777" w:rsidR="00BE040B" w:rsidRPr="007D5062" w:rsidRDefault="00BE040B" w:rsidP="00BE0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Abril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EB0BC" w14:textId="77777777" w:rsidR="00BE040B" w:rsidRPr="007D5062" w:rsidRDefault="00BE040B" w:rsidP="00BE0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F2831" w14:textId="77777777" w:rsidR="00BE040B" w:rsidRPr="007D5062" w:rsidRDefault="00BE040B" w:rsidP="00BE0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59812" w14:textId="77777777" w:rsidR="00BE040B" w:rsidRPr="007D5062" w:rsidRDefault="00BE040B" w:rsidP="00BE0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7D42F" w14:textId="77777777" w:rsidR="00BE040B" w:rsidRPr="007D5062" w:rsidRDefault="00BE040B" w:rsidP="00BE0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413C6" w14:textId="77777777" w:rsidR="00BE040B" w:rsidRPr="007D5062" w:rsidRDefault="00BE040B" w:rsidP="00BE0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BE040B" w:rsidRPr="007D5062" w14:paraId="5590D0DE" w14:textId="77777777" w:rsidTr="009D7502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8A7EF" w14:textId="77777777" w:rsidR="00BE040B" w:rsidRPr="007D5062" w:rsidRDefault="00BE040B" w:rsidP="00BE0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Mayo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F360C" w14:textId="77777777" w:rsidR="00BE040B" w:rsidRPr="007D5062" w:rsidRDefault="00BE040B" w:rsidP="00BE0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92301" w14:textId="77777777" w:rsidR="00BE040B" w:rsidRPr="007D5062" w:rsidRDefault="00BE040B" w:rsidP="00BE0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0C37E" w14:textId="77777777" w:rsidR="00BE040B" w:rsidRPr="007D5062" w:rsidRDefault="00BE040B" w:rsidP="00BE0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8825A" w14:textId="77777777" w:rsidR="00BE040B" w:rsidRPr="007D5062" w:rsidRDefault="00BE040B" w:rsidP="00BE0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D9EC5" w14:textId="77777777" w:rsidR="00BE040B" w:rsidRPr="007D5062" w:rsidRDefault="00BE040B" w:rsidP="00BE0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9D7502" w:rsidRPr="007D5062" w14:paraId="715EE52D" w14:textId="77777777" w:rsidTr="00AE0E2C">
        <w:trPr>
          <w:trHeight w:val="300"/>
        </w:trPr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86605C" w14:textId="2BF831A8" w:rsidR="009D7502" w:rsidRPr="007D5062" w:rsidRDefault="009D7502" w:rsidP="00BE0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proofErr w:type="gramStart"/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TOTAL</w:t>
            </w:r>
            <w:proofErr w:type="gramEnd"/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 xml:space="preserve"> EGRESOS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2B66C9" w14:textId="77777777" w:rsidR="009D7502" w:rsidRPr="007D5062" w:rsidRDefault="009D7502" w:rsidP="00BE0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32428" w14:textId="77777777" w:rsidR="009D7502" w:rsidRPr="007D5062" w:rsidRDefault="009D7502" w:rsidP="00BE0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</w:tr>
      <w:tr w:rsidR="009D7502" w:rsidRPr="007D5062" w14:paraId="17F351AE" w14:textId="77777777" w:rsidTr="006A7AF5">
        <w:trPr>
          <w:trHeight w:val="300"/>
        </w:trPr>
        <w:tc>
          <w:tcPr>
            <w:tcW w:w="75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F42E1A" w14:textId="769591D8" w:rsidR="009D7502" w:rsidRPr="007D5062" w:rsidRDefault="009D7502" w:rsidP="00BE0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 xml:space="preserve">SALDO FINAL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96CE5" w14:textId="77777777" w:rsidR="009D7502" w:rsidRPr="007D5062" w:rsidRDefault="009D7502" w:rsidP="00BE0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</w:tr>
    </w:tbl>
    <w:p w14:paraId="1F98AAE3" w14:textId="516D3F2F" w:rsidR="00D26B6F" w:rsidRPr="007D5062" w:rsidRDefault="00536DF1" w:rsidP="00CE44DD">
      <w:pPr>
        <w:pStyle w:val="Ttulo1"/>
        <w:numPr>
          <w:ilvl w:val="0"/>
          <w:numId w:val="19"/>
        </w:numPr>
        <w:rPr>
          <w:rFonts w:ascii="Calibri" w:hAnsi="Calibri" w:cs="Calibri"/>
          <w:color w:val="000000" w:themeColor="text1"/>
          <w:sz w:val="22"/>
          <w:szCs w:val="22"/>
        </w:rPr>
      </w:pPr>
      <w:r w:rsidRPr="007D5062">
        <w:rPr>
          <w:rFonts w:ascii="Calibri" w:hAnsi="Calibri" w:cs="Calibri"/>
          <w:color w:val="000000" w:themeColor="text1"/>
          <w:sz w:val="22"/>
          <w:szCs w:val="22"/>
        </w:rPr>
        <w:t>ACTORES PARTICIPANTES Y ALIANZAS</w:t>
      </w:r>
    </w:p>
    <w:p w14:paraId="1B456CD7" w14:textId="77777777" w:rsidR="00573D27" w:rsidRPr="007D5062" w:rsidRDefault="00573D27" w:rsidP="00573D27">
      <w:pPr>
        <w:rPr>
          <w:rFonts w:ascii="Calibri" w:hAnsi="Calibri" w:cs="Calibri"/>
        </w:rPr>
      </w:pPr>
    </w:p>
    <w:tbl>
      <w:tblPr>
        <w:tblW w:w="906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2"/>
        <w:gridCol w:w="3666"/>
        <w:gridCol w:w="3539"/>
      </w:tblGrid>
      <w:tr w:rsidR="00573D27" w:rsidRPr="007D5062" w14:paraId="053EF14E" w14:textId="77777777" w:rsidTr="000116A1">
        <w:trPr>
          <w:trHeight w:val="300"/>
          <w:jc w:val="center"/>
        </w:trPr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49C59" w14:textId="77777777" w:rsidR="00573D27" w:rsidRPr="007D5062" w:rsidRDefault="00573D27" w:rsidP="00573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Actores participantes</w:t>
            </w:r>
          </w:p>
        </w:tc>
      </w:tr>
      <w:tr w:rsidR="00573D27" w:rsidRPr="007D5062" w14:paraId="3BE900D4" w14:textId="77777777" w:rsidTr="000116A1">
        <w:trPr>
          <w:trHeight w:val="300"/>
          <w:jc w:val="center"/>
        </w:trPr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BF12F" w14:textId="77777777" w:rsidR="00573D27" w:rsidRPr="007D5062" w:rsidRDefault="00573D27" w:rsidP="00573D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Actor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08C96" w14:textId="77777777" w:rsidR="00573D27" w:rsidRPr="007D5062" w:rsidRDefault="00573D27" w:rsidP="00573D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Rol del proyecto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E41A4" w14:textId="77777777" w:rsidR="00573D27" w:rsidRPr="007D5062" w:rsidRDefault="00573D27" w:rsidP="00573D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Responsabilidades</w:t>
            </w:r>
          </w:p>
        </w:tc>
      </w:tr>
      <w:tr w:rsidR="00573D27" w:rsidRPr="007D5062" w14:paraId="073E0DB2" w14:textId="77777777" w:rsidTr="000116A1">
        <w:trPr>
          <w:trHeight w:val="900"/>
          <w:jc w:val="center"/>
        </w:trPr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18D18" w14:textId="77777777" w:rsidR="00573D27" w:rsidRPr="007D5062" w:rsidRDefault="00573D27" w:rsidP="00573D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Rector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1EC7E2" w14:textId="77777777" w:rsidR="00573D27" w:rsidRPr="007D5062" w:rsidRDefault="00573D27" w:rsidP="00573D27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EE0000"/>
                <w:lang w:eastAsia="es-CO"/>
              </w:rPr>
              <w:t>Dirección y seguimiento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E6EDD1" w14:textId="77777777" w:rsidR="00573D27" w:rsidRPr="007D5062" w:rsidRDefault="00573D27" w:rsidP="00573D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EE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EE0000"/>
                <w:lang w:eastAsia="es-CO"/>
              </w:rPr>
              <w:t>Gestionar recursos, realizar seguimiento y garantizar la articulación con el PEI.</w:t>
            </w:r>
          </w:p>
        </w:tc>
      </w:tr>
      <w:tr w:rsidR="00573D27" w:rsidRPr="007D5062" w14:paraId="6A90B63E" w14:textId="77777777" w:rsidTr="000116A1">
        <w:trPr>
          <w:trHeight w:val="300"/>
          <w:jc w:val="center"/>
        </w:trPr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023ED" w14:textId="6DC84554" w:rsidR="00573D27" w:rsidRPr="007D5062" w:rsidRDefault="00573D27" w:rsidP="00573D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Docente líder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F3922" w14:textId="77777777" w:rsidR="00573D27" w:rsidRPr="007D5062" w:rsidRDefault="00573D27" w:rsidP="00573D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F6E8C" w14:textId="77777777" w:rsidR="00573D27" w:rsidRPr="007D5062" w:rsidRDefault="00573D27" w:rsidP="00573D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573D27" w:rsidRPr="007D5062" w14:paraId="48722419" w14:textId="77777777" w:rsidTr="000116A1">
        <w:trPr>
          <w:trHeight w:val="300"/>
          <w:jc w:val="center"/>
        </w:trPr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C4A01" w14:textId="77777777" w:rsidR="00573D27" w:rsidRPr="007D5062" w:rsidRDefault="00573D27" w:rsidP="00573D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Docentes de apoyo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FEE45" w14:textId="77777777" w:rsidR="00573D27" w:rsidRPr="007D5062" w:rsidRDefault="00573D27" w:rsidP="00573D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481BD" w14:textId="77777777" w:rsidR="00573D27" w:rsidRPr="007D5062" w:rsidRDefault="00573D27" w:rsidP="00573D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573D27" w:rsidRPr="007D5062" w14:paraId="4EE3D899" w14:textId="77777777" w:rsidTr="000116A1">
        <w:trPr>
          <w:trHeight w:val="300"/>
          <w:jc w:val="center"/>
        </w:trPr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FB769" w14:textId="77777777" w:rsidR="00573D27" w:rsidRPr="007D5062" w:rsidRDefault="00573D27" w:rsidP="00573D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Estudiantes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C194C" w14:textId="77777777" w:rsidR="00573D27" w:rsidRPr="007D5062" w:rsidRDefault="00573D27" w:rsidP="00573D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376DE" w14:textId="77777777" w:rsidR="00573D27" w:rsidRPr="007D5062" w:rsidRDefault="00573D27" w:rsidP="00573D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573D27" w:rsidRPr="007D5062" w14:paraId="6238C1FF" w14:textId="77777777" w:rsidTr="000116A1">
        <w:trPr>
          <w:trHeight w:val="300"/>
          <w:jc w:val="center"/>
        </w:trPr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93708" w14:textId="77777777" w:rsidR="00573D27" w:rsidRPr="007D5062" w:rsidRDefault="00573D27" w:rsidP="00573D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Padres de familia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0F265" w14:textId="77777777" w:rsidR="00573D27" w:rsidRPr="007D5062" w:rsidRDefault="00573D27" w:rsidP="00573D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FC0EB" w14:textId="77777777" w:rsidR="00573D27" w:rsidRPr="007D5062" w:rsidRDefault="00573D27" w:rsidP="00573D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573D27" w:rsidRPr="007D5062" w14:paraId="3D190DE1" w14:textId="77777777" w:rsidTr="000116A1">
        <w:trPr>
          <w:trHeight w:val="300"/>
          <w:jc w:val="center"/>
        </w:trPr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7508B" w14:textId="77777777" w:rsidR="00573D27" w:rsidRPr="007D5062" w:rsidRDefault="00573D27" w:rsidP="00573D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Consejo directivo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9B678" w14:textId="77777777" w:rsidR="00573D27" w:rsidRPr="007D5062" w:rsidRDefault="00573D27" w:rsidP="00573D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9E87D" w14:textId="77777777" w:rsidR="00573D27" w:rsidRPr="007D5062" w:rsidRDefault="00573D27" w:rsidP="00573D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</w:tbl>
    <w:p w14:paraId="4444F69A" w14:textId="77777777" w:rsidR="00573D27" w:rsidRPr="007D5062" w:rsidRDefault="00573D27" w:rsidP="00573D27">
      <w:pPr>
        <w:rPr>
          <w:rFonts w:ascii="Calibri" w:hAnsi="Calibri" w:cs="Calibri"/>
        </w:rPr>
      </w:pPr>
    </w:p>
    <w:tbl>
      <w:tblPr>
        <w:tblW w:w="89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2098"/>
        <w:gridCol w:w="2438"/>
        <w:gridCol w:w="1843"/>
      </w:tblGrid>
      <w:tr w:rsidR="000116A1" w:rsidRPr="007D5062" w14:paraId="03ED7F01" w14:textId="77777777" w:rsidTr="00065920">
        <w:trPr>
          <w:trHeight w:val="310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770AFE" w14:textId="77777777" w:rsidR="000116A1" w:rsidRPr="007D5062" w:rsidRDefault="000116A1" w:rsidP="000659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Alianzas Estratégicas</w:t>
            </w:r>
          </w:p>
        </w:tc>
      </w:tr>
      <w:tr w:rsidR="000116A1" w:rsidRPr="007D5062" w14:paraId="0DFA3B3B" w14:textId="77777777" w:rsidTr="00065920">
        <w:trPr>
          <w:trHeight w:val="62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DFCD7" w14:textId="77777777" w:rsidR="000116A1" w:rsidRPr="007D5062" w:rsidRDefault="000116A1" w:rsidP="000659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Entidad u organización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995C8" w14:textId="77777777" w:rsidR="000116A1" w:rsidRPr="007D5062" w:rsidRDefault="000116A1" w:rsidP="000659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Tipo de aliado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3CCAF" w14:textId="77777777" w:rsidR="000116A1" w:rsidRPr="007D5062" w:rsidRDefault="000116A1" w:rsidP="000659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Aporte al proyecto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023CD" w14:textId="77777777" w:rsidR="000116A1" w:rsidRPr="007D5062" w:rsidRDefault="000116A1" w:rsidP="000659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Estado del compromiso</w:t>
            </w:r>
          </w:p>
        </w:tc>
      </w:tr>
      <w:tr w:rsidR="000116A1" w:rsidRPr="007D5062" w14:paraId="152F71A9" w14:textId="77777777" w:rsidTr="00065920">
        <w:trPr>
          <w:trHeight w:val="31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EEC0C" w14:textId="77777777" w:rsidR="000116A1" w:rsidRPr="007D5062" w:rsidRDefault="000116A1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Alcaldía municipal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2693D" w14:textId="77777777" w:rsidR="000116A1" w:rsidRPr="007D5062" w:rsidRDefault="000116A1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Entidad publica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C440A" w14:textId="77777777" w:rsidR="000116A1" w:rsidRPr="007D5062" w:rsidRDefault="000116A1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Asistencia técnica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B2FA4" w14:textId="77777777" w:rsidR="000116A1" w:rsidRPr="007D5062" w:rsidRDefault="000116A1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Confirmado</w:t>
            </w:r>
          </w:p>
        </w:tc>
      </w:tr>
      <w:tr w:rsidR="000116A1" w:rsidRPr="007D5062" w14:paraId="19ACEF7F" w14:textId="77777777" w:rsidTr="00065920">
        <w:trPr>
          <w:trHeight w:val="31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81405" w14:textId="77777777" w:rsidR="000116A1" w:rsidRPr="007D5062" w:rsidRDefault="000116A1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SENA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4E36E" w14:textId="77777777" w:rsidR="000116A1" w:rsidRPr="007D5062" w:rsidRDefault="000116A1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Formación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59DBF" w14:textId="77777777" w:rsidR="000116A1" w:rsidRPr="007D5062" w:rsidRDefault="000116A1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Capacitación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1775D" w14:textId="77777777" w:rsidR="000116A1" w:rsidRPr="007D5062" w:rsidRDefault="000116A1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Gestionado</w:t>
            </w:r>
          </w:p>
        </w:tc>
      </w:tr>
      <w:tr w:rsidR="000116A1" w:rsidRPr="007D5062" w14:paraId="36090984" w14:textId="77777777" w:rsidTr="00065920">
        <w:trPr>
          <w:trHeight w:val="31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CA445" w14:textId="77777777" w:rsidR="000116A1" w:rsidRPr="007D5062" w:rsidRDefault="000116A1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UMATA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6A955" w14:textId="77777777" w:rsidR="000116A1" w:rsidRPr="007D5062" w:rsidRDefault="000116A1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AF98C" w14:textId="77777777" w:rsidR="000116A1" w:rsidRPr="007D5062" w:rsidRDefault="000116A1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43744" w14:textId="77777777" w:rsidR="000116A1" w:rsidRPr="007D5062" w:rsidRDefault="000116A1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0116A1" w:rsidRPr="007D5062" w14:paraId="106E04BC" w14:textId="77777777" w:rsidTr="00065920">
        <w:trPr>
          <w:trHeight w:val="31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ED051" w14:textId="77777777" w:rsidR="000116A1" w:rsidRPr="007D5062" w:rsidRDefault="000116A1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Camara de comercio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A7238" w14:textId="77777777" w:rsidR="000116A1" w:rsidRPr="007D5062" w:rsidRDefault="000116A1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C8A10" w14:textId="77777777" w:rsidR="000116A1" w:rsidRPr="007D5062" w:rsidRDefault="000116A1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958BC" w14:textId="77777777" w:rsidR="000116A1" w:rsidRPr="007D5062" w:rsidRDefault="000116A1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0116A1" w:rsidRPr="007D5062" w14:paraId="5BC2EF2C" w14:textId="77777777" w:rsidTr="00065920">
        <w:trPr>
          <w:trHeight w:val="31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84B01" w14:textId="77777777" w:rsidR="000116A1" w:rsidRPr="007D5062" w:rsidRDefault="000116A1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Asociación de productores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253BC" w14:textId="77777777" w:rsidR="000116A1" w:rsidRPr="007D5062" w:rsidRDefault="000116A1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31C20" w14:textId="77777777" w:rsidR="000116A1" w:rsidRPr="007D5062" w:rsidRDefault="000116A1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AE6BF" w14:textId="77777777" w:rsidR="000116A1" w:rsidRPr="007D5062" w:rsidRDefault="000116A1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0116A1" w:rsidRPr="007D5062" w14:paraId="656A58BB" w14:textId="77777777" w:rsidTr="00065920">
        <w:trPr>
          <w:trHeight w:val="31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E5741" w14:textId="77777777" w:rsidR="000116A1" w:rsidRPr="007D5062" w:rsidRDefault="000116A1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Empresa Privada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64483" w14:textId="77777777" w:rsidR="000116A1" w:rsidRPr="007D5062" w:rsidRDefault="000116A1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F1EA6" w14:textId="77777777" w:rsidR="000116A1" w:rsidRPr="007D5062" w:rsidRDefault="000116A1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77D9B" w14:textId="77777777" w:rsidR="000116A1" w:rsidRPr="007D5062" w:rsidRDefault="000116A1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</w:tbl>
    <w:p w14:paraId="5C1F14D1" w14:textId="77777777" w:rsidR="00E97092" w:rsidRPr="007D5062" w:rsidRDefault="00E97092" w:rsidP="00573D27">
      <w:pPr>
        <w:rPr>
          <w:rFonts w:ascii="Calibri" w:hAnsi="Calibri" w:cs="Calibri"/>
        </w:rPr>
      </w:pPr>
    </w:p>
    <w:p w14:paraId="475665D5" w14:textId="5ED0322B" w:rsidR="00D26B6F" w:rsidRPr="007D5062" w:rsidRDefault="006C48E0" w:rsidP="00CE44DD">
      <w:pPr>
        <w:pStyle w:val="Ttulo1"/>
        <w:numPr>
          <w:ilvl w:val="0"/>
          <w:numId w:val="19"/>
        </w:numPr>
        <w:rPr>
          <w:rFonts w:ascii="Calibri" w:hAnsi="Calibri" w:cs="Calibri"/>
          <w:color w:val="000000" w:themeColor="text1"/>
          <w:sz w:val="22"/>
          <w:szCs w:val="22"/>
        </w:rPr>
      </w:pPr>
      <w:r w:rsidRPr="007D5062">
        <w:rPr>
          <w:rFonts w:ascii="Calibri" w:hAnsi="Calibri" w:cs="Calibri"/>
          <w:color w:val="000000" w:themeColor="text1"/>
          <w:sz w:val="22"/>
          <w:szCs w:val="22"/>
        </w:rPr>
        <w:t xml:space="preserve">EVALUACIÓN DE LA </w:t>
      </w:r>
      <w:r w:rsidR="002A0E9B" w:rsidRPr="007D5062">
        <w:rPr>
          <w:rFonts w:ascii="Calibri" w:hAnsi="Calibri" w:cs="Calibri"/>
          <w:color w:val="000000" w:themeColor="text1"/>
          <w:sz w:val="22"/>
          <w:szCs w:val="22"/>
        </w:rPr>
        <w:t>VIABILIDAD,</w:t>
      </w:r>
      <w:r w:rsidR="00536DF1" w:rsidRPr="007D5062">
        <w:rPr>
          <w:rFonts w:ascii="Calibri" w:hAnsi="Calibri" w:cs="Calibri"/>
          <w:color w:val="000000" w:themeColor="text1"/>
          <w:sz w:val="22"/>
          <w:szCs w:val="22"/>
        </w:rPr>
        <w:t xml:space="preserve"> TÉCNICA, FINANCIERA Y AMBIENTAL</w:t>
      </w:r>
      <w:r w:rsidR="00B60D3F" w:rsidRPr="007D5062">
        <w:rPr>
          <w:rFonts w:ascii="Calibri" w:hAnsi="Calibri" w:cs="Calibri"/>
          <w:color w:val="000000" w:themeColor="text1"/>
          <w:sz w:val="22"/>
          <w:szCs w:val="22"/>
        </w:rPr>
        <w:t xml:space="preserve"> DEL P.P.P.</w:t>
      </w:r>
    </w:p>
    <w:p w14:paraId="24292D72" w14:textId="77777777" w:rsidR="00F47FFD" w:rsidRPr="007D5062" w:rsidRDefault="00F47FFD" w:rsidP="00F47FFD">
      <w:pPr>
        <w:rPr>
          <w:rFonts w:ascii="Calibri" w:hAnsi="Calibri" w:cs="Calibri"/>
        </w:rPr>
      </w:pPr>
    </w:p>
    <w:p w14:paraId="73391735" w14:textId="77777777" w:rsidR="002A0E9B" w:rsidRPr="007D5062" w:rsidRDefault="002A0E9B" w:rsidP="002A0E9B">
      <w:pPr>
        <w:jc w:val="both"/>
        <w:rPr>
          <w:rFonts w:ascii="Calibri" w:hAnsi="Calibri" w:cs="Calibri"/>
        </w:rPr>
      </w:pPr>
      <w:r w:rsidRPr="007D5062">
        <w:rPr>
          <w:rFonts w:ascii="Calibri" w:hAnsi="Calibri" w:cs="Calibri"/>
        </w:rPr>
        <w:t xml:space="preserve">Para la viabilidad técnica: En este aspecto es importante revisar antes de la ejecución condiciones técnicas y operativas adecuadas para el cumplimiento de metas y objetivos, respondiendo las siguientes preguntas: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82"/>
        <w:gridCol w:w="1803"/>
        <w:gridCol w:w="573"/>
        <w:gridCol w:w="563"/>
        <w:gridCol w:w="3909"/>
      </w:tblGrid>
      <w:tr w:rsidR="002A0E9B" w:rsidRPr="007D5062" w14:paraId="6D0E19B9" w14:textId="77777777" w:rsidTr="002A0E9B">
        <w:tc>
          <w:tcPr>
            <w:tcW w:w="1782" w:type="dxa"/>
            <w:vMerge w:val="restart"/>
          </w:tcPr>
          <w:p w14:paraId="24C4FD46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  <w:bookmarkStart w:id="0" w:name="_Hlk61600393"/>
            <w:r w:rsidRPr="007D5062">
              <w:rPr>
                <w:rFonts w:ascii="Calibri" w:hAnsi="Calibri" w:cs="Calibri"/>
                <w:b/>
                <w:bCs/>
              </w:rPr>
              <w:t>Categoría</w:t>
            </w:r>
          </w:p>
        </w:tc>
        <w:tc>
          <w:tcPr>
            <w:tcW w:w="1803" w:type="dxa"/>
            <w:vMerge w:val="restart"/>
          </w:tcPr>
          <w:p w14:paraId="34353628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Pregunta</w:t>
            </w:r>
          </w:p>
        </w:tc>
        <w:tc>
          <w:tcPr>
            <w:tcW w:w="1136" w:type="dxa"/>
            <w:gridSpan w:val="2"/>
          </w:tcPr>
          <w:p w14:paraId="786B5A32" w14:textId="77777777" w:rsidR="002A0E9B" w:rsidRPr="007D5062" w:rsidRDefault="002A0E9B" w:rsidP="0006592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Cumple</w:t>
            </w:r>
          </w:p>
        </w:tc>
        <w:tc>
          <w:tcPr>
            <w:tcW w:w="3909" w:type="dxa"/>
          </w:tcPr>
          <w:p w14:paraId="49701CCF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Observación o argumentación</w:t>
            </w:r>
          </w:p>
        </w:tc>
      </w:tr>
      <w:tr w:rsidR="002A0E9B" w:rsidRPr="007D5062" w14:paraId="3881093C" w14:textId="77777777" w:rsidTr="002A0E9B">
        <w:tc>
          <w:tcPr>
            <w:tcW w:w="1782" w:type="dxa"/>
            <w:vMerge/>
          </w:tcPr>
          <w:p w14:paraId="50FDB6F5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03" w:type="dxa"/>
            <w:vMerge/>
          </w:tcPr>
          <w:p w14:paraId="3060AC72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73" w:type="dxa"/>
          </w:tcPr>
          <w:p w14:paraId="07C46A48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si</w:t>
            </w:r>
          </w:p>
        </w:tc>
        <w:tc>
          <w:tcPr>
            <w:tcW w:w="563" w:type="dxa"/>
          </w:tcPr>
          <w:p w14:paraId="152E0FF8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no</w:t>
            </w:r>
          </w:p>
        </w:tc>
        <w:tc>
          <w:tcPr>
            <w:tcW w:w="3909" w:type="dxa"/>
          </w:tcPr>
          <w:p w14:paraId="23275F55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2A0E9B" w:rsidRPr="007D5062" w14:paraId="356C5228" w14:textId="77777777" w:rsidTr="002A0E9B">
        <w:tc>
          <w:tcPr>
            <w:tcW w:w="1782" w:type="dxa"/>
          </w:tcPr>
          <w:p w14:paraId="494C15F8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06F39667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49DD8F96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53DA40BD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76F264EE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Infraestructura requerida</w:t>
            </w:r>
          </w:p>
        </w:tc>
        <w:tc>
          <w:tcPr>
            <w:tcW w:w="1803" w:type="dxa"/>
          </w:tcPr>
          <w:p w14:paraId="4C16E93C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¿</w:t>
            </w:r>
            <w:r w:rsidRPr="007D5062">
              <w:rPr>
                <w:rFonts w:ascii="Calibri" w:hAnsi="Calibri" w:cs="Calibri"/>
              </w:rPr>
              <w:t>La infraestructura física propuesta para el desarrollo del proyecto cumple con los requerimientos o necesidades de este?</w:t>
            </w:r>
          </w:p>
        </w:tc>
        <w:tc>
          <w:tcPr>
            <w:tcW w:w="573" w:type="dxa"/>
          </w:tcPr>
          <w:p w14:paraId="25FE767E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3" w:type="dxa"/>
          </w:tcPr>
          <w:p w14:paraId="2E14957E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09" w:type="dxa"/>
          </w:tcPr>
          <w:p w14:paraId="66B7D4D1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bookmarkEnd w:id="0"/>
      <w:tr w:rsidR="002A0E9B" w:rsidRPr="007D5062" w14:paraId="2713CDCF" w14:textId="77777777" w:rsidTr="002A0E9B">
        <w:tc>
          <w:tcPr>
            <w:tcW w:w="1782" w:type="dxa"/>
            <w:vMerge w:val="restart"/>
          </w:tcPr>
          <w:p w14:paraId="1798A884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56859D94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5EFB177F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61C15015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502A1383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Producto</w:t>
            </w:r>
          </w:p>
        </w:tc>
        <w:tc>
          <w:tcPr>
            <w:tcW w:w="1803" w:type="dxa"/>
          </w:tcPr>
          <w:p w14:paraId="793B7947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¿</w:t>
            </w:r>
            <w:r w:rsidRPr="007D5062">
              <w:rPr>
                <w:rFonts w:ascii="Calibri" w:hAnsi="Calibri" w:cs="Calibri"/>
              </w:rPr>
              <w:t>El producto o servicio escogido responde a una necesidad del contexto?</w:t>
            </w:r>
            <w:r w:rsidRPr="007D5062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573" w:type="dxa"/>
          </w:tcPr>
          <w:p w14:paraId="79A8A02F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3" w:type="dxa"/>
          </w:tcPr>
          <w:p w14:paraId="551633F8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09" w:type="dxa"/>
          </w:tcPr>
          <w:p w14:paraId="4FD4858A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2A0E9B" w:rsidRPr="007D5062" w14:paraId="1F56B18D" w14:textId="77777777" w:rsidTr="002A0E9B">
        <w:tc>
          <w:tcPr>
            <w:tcW w:w="1782" w:type="dxa"/>
            <w:vMerge/>
          </w:tcPr>
          <w:p w14:paraId="3DCB4D66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03" w:type="dxa"/>
          </w:tcPr>
          <w:p w14:paraId="3B651BAB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¿</w:t>
            </w:r>
            <w:r w:rsidRPr="007D5062">
              <w:rPr>
                <w:rFonts w:ascii="Calibri" w:hAnsi="Calibri" w:cs="Calibri"/>
              </w:rPr>
              <w:t xml:space="preserve">Los actores involucrados poseen el conocimiento técnico para las actividades en el </w:t>
            </w:r>
            <w:r w:rsidRPr="007D5062">
              <w:rPr>
                <w:rFonts w:ascii="Calibri" w:hAnsi="Calibri" w:cs="Calibri"/>
              </w:rPr>
              <w:lastRenderedPageBreak/>
              <w:t>desarrollo del proyecto?</w:t>
            </w:r>
            <w:r w:rsidRPr="007D5062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573" w:type="dxa"/>
          </w:tcPr>
          <w:p w14:paraId="30E35241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3" w:type="dxa"/>
          </w:tcPr>
          <w:p w14:paraId="1BD74701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09" w:type="dxa"/>
          </w:tcPr>
          <w:p w14:paraId="2CCBBE77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2A0E9B" w:rsidRPr="007D5062" w14:paraId="30052B13" w14:textId="77777777" w:rsidTr="002A0E9B">
        <w:tc>
          <w:tcPr>
            <w:tcW w:w="1782" w:type="dxa"/>
            <w:vMerge w:val="restart"/>
          </w:tcPr>
          <w:p w14:paraId="5BE62B4A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28179126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2B281B6C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3CB0D60D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67108610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7FF40FBE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510CD67F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Manejo sanitario</w:t>
            </w:r>
          </w:p>
        </w:tc>
        <w:tc>
          <w:tcPr>
            <w:tcW w:w="1803" w:type="dxa"/>
          </w:tcPr>
          <w:p w14:paraId="748DA452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 xml:space="preserve">¿Los procesos que se llevan a cabo requieren condiciones sanitarias especiales? ¿Están garantizadas? </w:t>
            </w:r>
          </w:p>
        </w:tc>
        <w:tc>
          <w:tcPr>
            <w:tcW w:w="573" w:type="dxa"/>
          </w:tcPr>
          <w:p w14:paraId="78E5C3FD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3" w:type="dxa"/>
          </w:tcPr>
          <w:p w14:paraId="219CB7D3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09" w:type="dxa"/>
          </w:tcPr>
          <w:p w14:paraId="1444D752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2A0E9B" w:rsidRPr="007D5062" w14:paraId="78B60DBA" w14:textId="77777777" w:rsidTr="002A0E9B">
        <w:tc>
          <w:tcPr>
            <w:tcW w:w="1782" w:type="dxa"/>
            <w:vMerge/>
          </w:tcPr>
          <w:p w14:paraId="515239EA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03" w:type="dxa"/>
          </w:tcPr>
          <w:p w14:paraId="5A84A0D2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 xml:space="preserve">¿Los actores involucrados tienen conocimiento técnico para la implementación higiénicas adecuadas? </w:t>
            </w:r>
          </w:p>
        </w:tc>
        <w:tc>
          <w:tcPr>
            <w:tcW w:w="573" w:type="dxa"/>
          </w:tcPr>
          <w:p w14:paraId="2D1A77D3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3" w:type="dxa"/>
          </w:tcPr>
          <w:p w14:paraId="6B73A3D4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09" w:type="dxa"/>
          </w:tcPr>
          <w:p w14:paraId="4E60F579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2A0E9B" w:rsidRPr="007D5062" w14:paraId="2149E930" w14:textId="77777777" w:rsidTr="002A0E9B">
        <w:tc>
          <w:tcPr>
            <w:tcW w:w="1782" w:type="dxa"/>
            <w:vMerge w:val="restart"/>
          </w:tcPr>
          <w:p w14:paraId="7B39928D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6AB82055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34BD597C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5F1EC682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3AB2489C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64986B47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46585E21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Análisis del mercado</w:t>
            </w:r>
          </w:p>
        </w:tc>
        <w:tc>
          <w:tcPr>
            <w:tcW w:w="1803" w:type="dxa"/>
          </w:tcPr>
          <w:p w14:paraId="472001F0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>¿El tamaño del mercado potencial es coherente con las metas de producción y venta?</w:t>
            </w:r>
          </w:p>
        </w:tc>
        <w:tc>
          <w:tcPr>
            <w:tcW w:w="573" w:type="dxa"/>
          </w:tcPr>
          <w:p w14:paraId="31F727E2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3" w:type="dxa"/>
          </w:tcPr>
          <w:p w14:paraId="71C1DED1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09" w:type="dxa"/>
          </w:tcPr>
          <w:p w14:paraId="358DF056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2A0E9B" w:rsidRPr="007D5062" w14:paraId="64611722" w14:textId="77777777" w:rsidTr="002A0E9B">
        <w:tc>
          <w:tcPr>
            <w:tcW w:w="1782" w:type="dxa"/>
            <w:vMerge/>
          </w:tcPr>
          <w:p w14:paraId="2B839707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03" w:type="dxa"/>
          </w:tcPr>
          <w:p w14:paraId="7245B10B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 xml:space="preserve">¿Existe una identificación concreta de los clientes y la competencia que tendrá el proyecto? </w:t>
            </w:r>
          </w:p>
        </w:tc>
        <w:tc>
          <w:tcPr>
            <w:tcW w:w="573" w:type="dxa"/>
          </w:tcPr>
          <w:p w14:paraId="76A5FA77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3" w:type="dxa"/>
          </w:tcPr>
          <w:p w14:paraId="588690A7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09" w:type="dxa"/>
          </w:tcPr>
          <w:p w14:paraId="3D684663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2A0E9B" w:rsidRPr="007D5062" w14:paraId="3B55839E" w14:textId="77777777" w:rsidTr="002A0E9B">
        <w:tc>
          <w:tcPr>
            <w:tcW w:w="1782" w:type="dxa"/>
            <w:vMerge/>
          </w:tcPr>
          <w:p w14:paraId="7BC16504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03" w:type="dxa"/>
          </w:tcPr>
          <w:p w14:paraId="454D3959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 xml:space="preserve">¿Existe una estrategia de comercialización con un procedimiento e instrumentos claros? </w:t>
            </w:r>
          </w:p>
        </w:tc>
        <w:tc>
          <w:tcPr>
            <w:tcW w:w="573" w:type="dxa"/>
          </w:tcPr>
          <w:p w14:paraId="3E9DDE94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3" w:type="dxa"/>
          </w:tcPr>
          <w:p w14:paraId="4970A609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09" w:type="dxa"/>
          </w:tcPr>
          <w:p w14:paraId="019E920C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2A0E9B" w:rsidRPr="007D5062" w14:paraId="1F86BFF2" w14:textId="77777777" w:rsidTr="002A0E9B">
        <w:tc>
          <w:tcPr>
            <w:tcW w:w="1782" w:type="dxa"/>
          </w:tcPr>
          <w:p w14:paraId="5AA71326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56967A6F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65E3E829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734E660D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Sostenibilidad</w:t>
            </w:r>
          </w:p>
        </w:tc>
        <w:tc>
          <w:tcPr>
            <w:tcW w:w="1803" w:type="dxa"/>
          </w:tcPr>
          <w:p w14:paraId="21ADF5EA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>¿Se identificó adecuadamente la asistencia técnica requerida y se propone alternativas para contar con ella?</w:t>
            </w:r>
          </w:p>
        </w:tc>
        <w:tc>
          <w:tcPr>
            <w:tcW w:w="573" w:type="dxa"/>
          </w:tcPr>
          <w:p w14:paraId="29BFC8C8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3" w:type="dxa"/>
          </w:tcPr>
          <w:p w14:paraId="3D867207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09" w:type="dxa"/>
          </w:tcPr>
          <w:p w14:paraId="69D15A6C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</w:tbl>
    <w:p w14:paraId="0F7E712C" w14:textId="77777777" w:rsidR="002A0E9B" w:rsidRPr="007D5062" w:rsidRDefault="002A0E9B" w:rsidP="002A0E9B">
      <w:pPr>
        <w:jc w:val="both"/>
        <w:rPr>
          <w:rFonts w:ascii="Calibri" w:hAnsi="Calibri" w:cs="Calibri"/>
          <w:b/>
          <w:bCs/>
        </w:rPr>
      </w:pPr>
    </w:p>
    <w:p w14:paraId="20FF1827" w14:textId="77777777" w:rsidR="002A0E9B" w:rsidRPr="007D5062" w:rsidRDefault="002A0E9B" w:rsidP="002A0E9B">
      <w:pPr>
        <w:jc w:val="both"/>
        <w:rPr>
          <w:rFonts w:ascii="Calibri" w:hAnsi="Calibri" w:cs="Calibri"/>
        </w:rPr>
      </w:pPr>
      <w:r w:rsidRPr="007D5062">
        <w:rPr>
          <w:rFonts w:ascii="Calibri" w:hAnsi="Calibri" w:cs="Calibri"/>
          <w:b/>
          <w:bCs/>
        </w:rPr>
        <w:t xml:space="preserve">Para la viabilidad financiera </w:t>
      </w:r>
      <w:r w:rsidRPr="007D5062">
        <w:rPr>
          <w:rFonts w:ascii="Calibri" w:hAnsi="Calibri" w:cs="Calibri"/>
        </w:rPr>
        <w:t xml:space="preserve">es necesario que la institucion educativa determine si la cantidad de recursos establecidos en la formulación son suficientes y adecuados, para lo cual es necesario responder de manera objetiva las siguientes preguntas.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72"/>
        <w:gridCol w:w="1896"/>
        <w:gridCol w:w="569"/>
        <w:gridCol w:w="561"/>
        <w:gridCol w:w="3832"/>
      </w:tblGrid>
      <w:tr w:rsidR="002A0E9B" w:rsidRPr="007D5062" w14:paraId="1E790DB3" w14:textId="77777777" w:rsidTr="002A0E9B">
        <w:tc>
          <w:tcPr>
            <w:tcW w:w="1772" w:type="dxa"/>
            <w:vMerge w:val="restart"/>
          </w:tcPr>
          <w:p w14:paraId="2AF9D00E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  <w:bookmarkStart w:id="1" w:name="_Hlk61601397"/>
            <w:r w:rsidRPr="007D5062">
              <w:rPr>
                <w:rFonts w:ascii="Calibri" w:hAnsi="Calibri" w:cs="Calibri"/>
                <w:b/>
                <w:bCs/>
              </w:rPr>
              <w:t>Categoría</w:t>
            </w:r>
          </w:p>
        </w:tc>
        <w:tc>
          <w:tcPr>
            <w:tcW w:w="1896" w:type="dxa"/>
            <w:vMerge w:val="restart"/>
          </w:tcPr>
          <w:p w14:paraId="4CAF6999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Pregunta</w:t>
            </w:r>
          </w:p>
        </w:tc>
        <w:tc>
          <w:tcPr>
            <w:tcW w:w="1130" w:type="dxa"/>
            <w:gridSpan w:val="2"/>
          </w:tcPr>
          <w:p w14:paraId="0072FB7C" w14:textId="77777777" w:rsidR="002A0E9B" w:rsidRPr="007D5062" w:rsidRDefault="002A0E9B" w:rsidP="0006592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Cumple</w:t>
            </w:r>
          </w:p>
        </w:tc>
        <w:tc>
          <w:tcPr>
            <w:tcW w:w="3832" w:type="dxa"/>
          </w:tcPr>
          <w:p w14:paraId="562682E9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Observación o argumentación</w:t>
            </w:r>
          </w:p>
        </w:tc>
      </w:tr>
      <w:tr w:rsidR="002A0E9B" w:rsidRPr="007D5062" w14:paraId="5966FE65" w14:textId="77777777" w:rsidTr="002A0E9B">
        <w:tc>
          <w:tcPr>
            <w:tcW w:w="1772" w:type="dxa"/>
            <w:vMerge/>
          </w:tcPr>
          <w:p w14:paraId="250F3DEE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96" w:type="dxa"/>
            <w:vMerge/>
          </w:tcPr>
          <w:p w14:paraId="54C7AC40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9" w:type="dxa"/>
          </w:tcPr>
          <w:p w14:paraId="0B27F675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si</w:t>
            </w:r>
          </w:p>
        </w:tc>
        <w:tc>
          <w:tcPr>
            <w:tcW w:w="561" w:type="dxa"/>
          </w:tcPr>
          <w:p w14:paraId="1726ACDD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no</w:t>
            </w:r>
          </w:p>
        </w:tc>
        <w:tc>
          <w:tcPr>
            <w:tcW w:w="3832" w:type="dxa"/>
          </w:tcPr>
          <w:p w14:paraId="41C26344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2A0E9B" w:rsidRPr="007D5062" w14:paraId="77F29854" w14:textId="77777777" w:rsidTr="002A0E9B">
        <w:tc>
          <w:tcPr>
            <w:tcW w:w="1772" w:type="dxa"/>
          </w:tcPr>
          <w:p w14:paraId="5F3A4899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Mantenimiento y operación del P.P.P.</w:t>
            </w:r>
          </w:p>
        </w:tc>
        <w:tc>
          <w:tcPr>
            <w:tcW w:w="1896" w:type="dxa"/>
          </w:tcPr>
          <w:p w14:paraId="5A00029A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</w:rPr>
              <w:t>¿Los requerimientos para la implementación del proyecto están bien cuantificados, el precio es razonable y se proponen alternativas para obtenerlos?</w:t>
            </w:r>
            <w:r w:rsidRPr="007D5062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569" w:type="dxa"/>
          </w:tcPr>
          <w:p w14:paraId="4D70B2CC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1" w:type="dxa"/>
          </w:tcPr>
          <w:p w14:paraId="778828AD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832" w:type="dxa"/>
          </w:tcPr>
          <w:p w14:paraId="3D8D7C9E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bookmarkEnd w:id="1"/>
      <w:tr w:rsidR="002A0E9B" w:rsidRPr="007D5062" w14:paraId="3027863A" w14:textId="77777777" w:rsidTr="002A0E9B">
        <w:tc>
          <w:tcPr>
            <w:tcW w:w="1772" w:type="dxa"/>
          </w:tcPr>
          <w:p w14:paraId="30CAD40A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96" w:type="dxa"/>
          </w:tcPr>
          <w:p w14:paraId="7035517B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 xml:space="preserve">¿Los costos que demandan las actividades del proyecto son competitivos? </w:t>
            </w:r>
          </w:p>
        </w:tc>
        <w:tc>
          <w:tcPr>
            <w:tcW w:w="569" w:type="dxa"/>
          </w:tcPr>
          <w:p w14:paraId="4883D152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1" w:type="dxa"/>
          </w:tcPr>
          <w:p w14:paraId="04021787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832" w:type="dxa"/>
          </w:tcPr>
          <w:p w14:paraId="5F4D3643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2A0E9B" w:rsidRPr="007D5062" w14:paraId="3D06F748" w14:textId="77777777" w:rsidTr="002A0E9B">
        <w:tc>
          <w:tcPr>
            <w:tcW w:w="1772" w:type="dxa"/>
          </w:tcPr>
          <w:p w14:paraId="77552965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96" w:type="dxa"/>
          </w:tcPr>
          <w:p w14:paraId="19220F17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 xml:space="preserve">¿En caso de que se requieran permisos especiales están considerados los costos? </w:t>
            </w:r>
          </w:p>
        </w:tc>
        <w:tc>
          <w:tcPr>
            <w:tcW w:w="569" w:type="dxa"/>
          </w:tcPr>
          <w:p w14:paraId="4AA9A186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1" w:type="dxa"/>
          </w:tcPr>
          <w:p w14:paraId="68A6660C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832" w:type="dxa"/>
          </w:tcPr>
          <w:p w14:paraId="52A5C86E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2A0E9B" w:rsidRPr="007D5062" w14:paraId="332C13D4" w14:textId="77777777" w:rsidTr="002A0E9B">
        <w:tc>
          <w:tcPr>
            <w:tcW w:w="1772" w:type="dxa"/>
          </w:tcPr>
          <w:p w14:paraId="4F495E65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96" w:type="dxa"/>
          </w:tcPr>
          <w:p w14:paraId="4CB72F58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 xml:space="preserve">¿Los tiempos de dedicación de las personas que participan en el establecimiento del P.P.P. están bien definidos, cuantificados y se proponen alternativas para suplirlos? </w:t>
            </w:r>
          </w:p>
        </w:tc>
        <w:tc>
          <w:tcPr>
            <w:tcW w:w="569" w:type="dxa"/>
          </w:tcPr>
          <w:p w14:paraId="2AA016F7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1" w:type="dxa"/>
          </w:tcPr>
          <w:p w14:paraId="5A9DCCF5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832" w:type="dxa"/>
          </w:tcPr>
          <w:p w14:paraId="72CCBAED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2A0E9B" w:rsidRPr="007D5062" w14:paraId="10A6F060" w14:textId="77777777" w:rsidTr="002A0E9B">
        <w:tc>
          <w:tcPr>
            <w:tcW w:w="1772" w:type="dxa"/>
          </w:tcPr>
          <w:p w14:paraId="3D017E10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96" w:type="dxa"/>
          </w:tcPr>
          <w:p w14:paraId="7D4E01AD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 xml:space="preserve">¿Se proponen recursos concretos para implementar la estrategia de comercialización? </w:t>
            </w:r>
          </w:p>
        </w:tc>
        <w:tc>
          <w:tcPr>
            <w:tcW w:w="569" w:type="dxa"/>
          </w:tcPr>
          <w:p w14:paraId="34A35032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1" w:type="dxa"/>
          </w:tcPr>
          <w:p w14:paraId="78485BDD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832" w:type="dxa"/>
          </w:tcPr>
          <w:p w14:paraId="0AF914FD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2A0E9B" w:rsidRPr="007D5062" w14:paraId="0B30EA03" w14:textId="77777777" w:rsidTr="002A0E9B">
        <w:tc>
          <w:tcPr>
            <w:tcW w:w="1772" w:type="dxa"/>
          </w:tcPr>
          <w:p w14:paraId="6F604AC5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96" w:type="dxa"/>
          </w:tcPr>
          <w:p w14:paraId="5C2154BC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 xml:space="preserve">¿Están considerados los tiempos de atención del PPP en los periodos de receso escolar? </w:t>
            </w:r>
          </w:p>
        </w:tc>
        <w:tc>
          <w:tcPr>
            <w:tcW w:w="569" w:type="dxa"/>
          </w:tcPr>
          <w:p w14:paraId="05BCA32A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1" w:type="dxa"/>
          </w:tcPr>
          <w:p w14:paraId="30CC4731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832" w:type="dxa"/>
          </w:tcPr>
          <w:p w14:paraId="27D400D6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2A0E9B" w:rsidRPr="007D5062" w14:paraId="0AB8568E" w14:textId="77777777" w:rsidTr="002A0E9B">
        <w:tc>
          <w:tcPr>
            <w:tcW w:w="1772" w:type="dxa"/>
          </w:tcPr>
          <w:p w14:paraId="6E8E2784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96" w:type="dxa"/>
          </w:tcPr>
          <w:p w14:paraId="5E8ED628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 xml:space="preserve">¿Están considerados los recursos educativos requeridos en la implementación para el desarrollo de las competencias? </w:t>
            </w:r>
          </w:p>
        </w:tc>
        <w:tc>
          <w:tcPr>
            <w:tcW w:w="569" w:type="dxa"/>
          </w:tcPr>
          <w:p w14:paraId="28BAA941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1" w:type="dxa"/>
          </w:tcPr>
          <w:p w14:paraId="1BFBEB99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832" w:type="dxa"/>
          </w:tcPr>
          <w:p w14:paraId="2A89FCEA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2A0E9B" w:rsidRPr="007D5062" w14:paraId="0B3470DF" w14:textId="77777777" w:rsidTr="002A0E9B">
        <w:tc>
          <w:tcPr>
            <w:tcW w:w="1772" w:type="dxa"/>
          </w:tcPr>
          <w:p w14:paraId="5CDD4C3E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96" w:type="dxa"/>
          </w:tcPr>
          <w:p w14:paraId="30C2CB61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>¿Se consideraron los costos de transporte y distribución si fuese necesario?</w:t>
            </w:r>
          </w:p>
        </w:tc>
        <w:tc>
          <w:tcPr>
            <w:tcW w:w="569" w:type="dxa"/>
          </w:tcPr>
          <w:p w14:paraId="3C010E72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1" w:type="dxa"/>
          </w:tcPr>
          <w:p w14:paraId="0F940CD3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832" w:type="dxa"/>
          </w:tcPr>
          <w:p w14:paraId="3DBCB339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2A0E9B" w:rsidRPr="007D5062" w14:paraId="6DD093E2" w14:textId="77777777" w:rsidTr="002A0E9B">
        <w:tc>
          <w:tcPr>
            <w:tcW w:w="1772" w:type="dxa"/>
          </w:tcPr>
          <w:p w14:paraId="75DAC259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96" w:type="dxa"/>
          </w:tcPr>
          <w:p w14:paraId="645EB808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 xml:space="preserve">¿Existe un flujo de caja y una programación de venta que garantice los ingresos en los tiempos requeridos? </w:t>
            </w:r>
          </w:p>
        </w:tc>
        <w:tc>
          <w:tcPr>
            <w:tcW w:w="569" w:type="dxa"/>
          </w:tcPr>
          <w:p w14:paraId="20C6F3BC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1" w:type="dxa"/>
          </w:tcPr>
          <w:p w14:paraId="0B812B32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832" w:type="dxa"/>
          </w:tcPr>
          <w:p w14:paraId="7562E3F8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</w:tbl>
    <w:p w14:paraId="75C6296D" w14:textId="77777777" w:rsidR="002A0E9B" w:rsidRPr="007D5062" w:rsidRDefault="002A0E9B" w:rsidP="002A0E9B">
      <w:pPr>
        <w:jc w:val="both"/>
        <w:rPr>
          <w:rFonts w:ascii="Calibri" w:hAnsi="Calibri" w:cs="Calibri"/>
          <w:b/>
          <w:bCs/>
        </w:rPr>
      </w:pPr>
    </w:p>
    <w:p w14:paraId="4E304331" w14:textId="77777777" w:rsidR="002A0E9B" w:rsidRPr="007D5062" w:rsidRDefault="002A0E9B" w:rsidP="002A0E9B">
      <w:pPr>
        <w:jc w:val="both"/>
        <w:rPr>
          <w:rFonts w:ascii="Calibri" w:hAnsi="Calibri" w:cs="Calibri"/>
        </w:rPr>
      </w:pPr>
      <w:r w:rsidRPr="007D5062">
        <w:rPr>
          <w:rFonts w:ascii="Calibri" w:hAnsi="Calibri" w:cs="Calibri"/>
          <w:b/>
          <w:bCs/>
        </w:rPr>
        <w:t xml:space="preserve">Para la viabilidad ambiental </w:t>
      </w:r>
      <w:r w:rsidRPr="007D5062">
        <w:rPr>
          <w:rFonts w:ascii="Calibri" w:hAnsi="Calibri" w:cs="Calibri"/>
        </w:rPr>
        <w:t xml:space="preserve">se refiere a la utilización y preservación de los recursos, así como la mitigación y superación de impactos negativos producto del manejo desmedido y acelerado de las acciones humanas sobre el ambiente. Para tal efecto tenga las siguientes preguntas: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52"/>
        <w:gridCol w:w="1759"/>
        <w:gridCol w:w="577"/>
        <w:gridCol w:w="564"/>
        <w:gridCol w:w="3978"/>
      </w:tblGrid>
      <w:tr w:rsidR="002A0E9B" w:rsidRPr="007D5062" w14:paraId="250D64DC" w14:textId="77777777" w:rsidTr="002A0E9B">
        <w:tc>
          <w:tcPr>
            <w:tcW w:w="1752" w:type="dxa"/>
            <w:vMerge w:val="restart"/>
          </w:tcPr>
          <w:p w14:paraId="7DAF0A33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Categoría</w:t>
            </w:r>
          </w:p>
        </w:tc>
        <w:tc>
          <w:tcPr>
            <w:tcW w:w="1759" w:type="dxa"/>
            <w:vMerge w:val="restart"/>
          </w:tcPr>
          <w:p w14:paraId="3F2754AB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Pregunta</w:t>
            </w:r>
          </w:p>
        </w:tc>
        <w:tc>
          <w:tcPr>
            <w:tcW w:w="1141" w:type="dxa"/>
            <w:gridSpan w:val="2"/>
          </w:tcPr>
          <w:p w14:paraId="62E7EDA0" w14:textId="77777777" w:rsidR="002A0E9B" w:rsidRPr="007D5062" w:rsidRDefault="002A0E9B" w:rsidP="0006592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Cumple</w:t>
            </w:r>
          </w:p>
        </w:tc>
        <w:tc>
          <w:tcPr>
            <w:tcW w:w="3978" w:type="dxa"/>
          </w:tcPr>
          <w:p w14:paraId="7693F43B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Observación o argumentación</w:t>
            </w:r>
          </w:p>
        </w:tc>
      </w:tr>
      <w:tr w:rsidR="002A0E9B" w:rsidRPr="007D5062" w14:paraId="7E099F30" w14:textId="77777777" w:rsidTr="002A0E9B">
        <w:tc>
          <w:tcPr>
            <w:tcW w:w="1752" w:type="dxa"/>
            <w:vMerge/>
          </w:tcPr>
          <w:p w14:paraId="0DE31548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759" w:type="dxa"/>
            <w:vMerge/>
          </w:tcPr>
          <w:p w14:paraId="5BB417F6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77" w:type="dxa"/>
          </w:tcPr>
          <w:p w14:paraId="27082A09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si</w:t>
            </w:r>
          </w:p>
        </w:tc>
        <w:tc>
          <w:tcPr>
            <w:tcW w:w="564" w:type="dxa"/>
          </w:tcPr>
          <w:p w14:paraId="7F4163CC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no</w:t>
            </w:r>
          </w:p>
        </w:tc>
        <w:tc>
          <w:tcPr>
            <w:tcW w:w="3978" w:type="dxa"/>
          </w:tcPr>
          <w:p w14:paraId="0A9E82B9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2A0E9B" w:rsidRPr="007D5062" w14:paraId="58441EA0" w14:textId="77777777" w:rsidTr="002A0E9B">
        <w:tc>
          <w:tcPr>
            <w:tcW w:w="1752" w:type="dxa"/>
            <w:vMerge w:val="restart"/>
          </w:tcPr>
          <w:p w14:paraId="522CE62E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D5062">
              <w:rPr>
                <w:rFonts w:ascii="Calibri" w:hAnsi="Calibri" w:cs="Calibri"/>
                <w:b/>
                <w:bCs/>
              </w:rPr>
              <w:t>Cumplimiento de normas</w:t>
            </w:r>
          </w:p>
        </w:tc>
        <w:tc>
          <w:tcPr>
            <w:tcW w:w="1759" w:type="dxa"/>
          </w:tcPr>
          <w:p w14:paraId="1F87425D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 xml:space="preserve">Se asesoro de la respectiva autoridad ambiental para la implementación del proyecto </w:t>
            </w:r>
          </w:p>
        </w:tc>
        <w:tc>
          <w:tcPr>
            <w:tcW w:w="577" w:type="dxa"/>
          </w:tcPr>
          <w:p w14:paraId="2309A07C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</w:tcPr>
          <w:p w14:paraId="435E7F73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78" w:type="dxa"/>
          </w:tcPr>
          <w:p w14:paraId="1B4C46C8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2A0E9B" w:rsidRPr="007D5062" w14:paraId="243C3ED6" w14:textId="77777777" w:rsidTr="002A0E9B">
        <w:tc>
          <w:tcPr>
            <w:tcW w:w="1752" w:type="dxa"/>
            <w:vMerge/>
          </w:tcPr>
          <w:p w14:paraId="4857D443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759" w:type="dxa"/>
          </w:tcPr>
          <w:p w14:paraId="6C76FD02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 xml:space="preserve">¿De acuerdo con la asesoría ambiental el proyecto </w:t>
            </w:r>
            <w:r w:rsidRPr="007D5062">
              <w:rPr>
                <w:rFonts w:ascii="Calibri" w:hAnsi="Calibri" w:cs="Calibri"/>
              </w:rPr>
              <w:lastRenderedPageBreak/>
              <w:t>requiere en alguna de sus etapas permisos, autorización o licencia ambiental?</w:t>
            </w:r>
          </w:p>
        </w:tc>
        <w:tc>
          <w:tcPr>
            <w:tcW w:w="577" w:type="dxa"/>
          </w:tcPr>
          <w:p w14:paraId="2BD51A6F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</w:tcPr>
          <w:p w14:paraId="2963CC99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78" w:type="dxa"/>
          </w:tcPr>
          <w:p w14:paraId="74ACCCDD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2A0E9B" w:rsidRPr="007D5062" w14:paraId="4F451A51" w14:textId="77777777" w:rsidTr="002A0E9B">
        <w:tc>
          <w:tcPr>
            <w:tcW w:w="1752" w:type="dxa"/>
            <w:vMerge/>
          </w:tcPr>
          <w:p w14:paraId="364357A8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759" w:type="dxa"/>
          </w:tcPr>
          <w:p w14:paraId="50869F8C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 xml:space="preserve">El proyecto causa inconvenientes para la comunidad cercana </w:t>
            </w:r>
          </w:p>
        </w:tc>
        <w:tc>
          <w:tcPr>
            <w:tcW w:w="577" w:type="dxa"/>
          </w:tcPr>
          <w:p w14:paraId="57A39DB1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</w:tcPr>
          <w:p w14:paraId="3AE5755B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78" w:type="dxa"/>
          </w:tcPr>
          <w:p w14:paraId="0FD3E6AC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2A0E9B" w:rsidRPr="007D5062" w14:paraId="75B2952F" w14:textId="77777777" w:rsidTr="002A0E9B">
        <w:tc>
          <w:tcPr>
            <w:tcW w:w="1752" w:type="dxa"/>
            <w:vMerge/>
          </w:tcPr>
          <w:p w14:paraId="290F7A5B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759" w:type="dxa"/>
          </w:tcPr>
          <w:p w14:paraId="51D5C23C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</w:rPr>
            </w:pPr>
            <w:r w:rsidRPr="007D5062">
              <w:rPr>
                <w:rFonts w:ascii="Calibri" w:hAnsi="Calibri" w:cs="Calibri"/>
              </w:rPr>
              <w:t xml:space="preserve">¿El P.P.P. trae beneficios a la comunidad? </w:t>
            </w:r>
          </w:p>
        </w:tc>
        <w:tc>
          <w:tcPr>
            <w:tcW w:w="577" w:type="dxa"/>
          </w:tcPr>
          <w:p w14:paraId="10895516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</w:tcPr>
          <w:p w14:paraId="7F91E5EF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78" w:type="dxa"/>
          </w:tcPr>
          <w:p w14:paraId="1B2F03D4" w14:textId="77777777" w:rsidR="002A0E9B" w:rsidRPr="007D5062" w:rsidRDefault="002A0E9B" w:rsidP="000659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</w:tbl>
    <w:p w14:paraId="3A4E91B8" w14:textId="77777777" w:rsidR="002A0E9B" w:rsidRPr="007D5062" w:rsidRDefault="002A0E9B" w:rsidP="00F47FFD">
      <w:pPr>
        <w:rPr>
          <w:rFonts w:ascii="Calibri" w:hAnsi="Calibri" w:cs="Calibri"/>
        </w:rPr>
      </w:pPr>
    </w:p>
    <w:p w14:paraId="448484F5" w14:textId="0D98BDAF" w:rsidR="00D26B6F" w:rsidRPr="007D5062" w:rsidRDefault="00536DF1" w:rsidP="00CE44DD">
      <w:pPr>
        <w:pStyle w:val="Ttulo1"/>
        <w:numPr>
          <w:ilvl w:val="0"/>
          <w:numId w:val="19"/>
        </w:numPr>
        <w:rPr>
          <w:rFonts w:ascii="Calibri" w:hAnsi="Calibri" w:cs="Calibri"/>
          <w:color w:val="000000" w:themeColor="text1"/>
          <w:sz w:val="22"/>
          <w:szCs w:val="22"/>
        </w:rPr>
      </w:pPr>
      <w:r w:rsidRPr="007D5062">
        <w:rPr>
          <w:rFonts w:ascii="Calibri" w:hAnsi="Calibri" w:cs="Calibri"/>
          <w:color w:val="000000" w:themeColor="text1"/>
          <w:sz w:val="22"/>
          <w:szCs w:val="22"/>
        </w:rPr>
        <w:t>PLAN DE SOSTENIBILIDAD</w:t>
      </w:r>
    </w:p>
    <w:p w14:paraId="70CEEFF4" w14:textId="77777777" w:rsidR="00D91800" w:rsidRPr="007D5062" w:rsidRDefault="00D91800" w:rsidP="00D91800">
      <w:pPr>
        <w:rPr>
          <w:rFonts w:ascii="Calibri" w:hAnsi="Calibri" w:cs="Calibri"/>
        </w:rPr>
      </w:pPr>
    </w:p>
    <w:p w14:paraId="0B105BA7" w14:textId="269F0257" w:rsidR="00D91800" w:rsidRPr="007D5062" w:rsidRDefault="00D91800" w:rsidP="00D91800">
      <w:pPr>
        <w:jc w:val="both"/>
        <w:rPr>
          <w:rFonts w:ascii="Calibri" w:hAnsi="Calibri" w:cs="Calibri"/>
        </w:rPr>
      </w:pPr>
      <w:r w:rsidRPr="007D5062">
        <w:rPr>
          <w:rFonts w:ascii="Calibri" w:hAnsi="Calibri" w:cs="Calibri"/>
        </w:rPr>
        <w:t xml:space="preserve">Describa las estrategias que implementará la institución educativa para garantizar la permanencia y continuidad del Proyecto Pedagógico Productivo (PPP) una vez finalice el apoyo financiero de la Secretaría de Educación. Considere las </w:t>
      </w:r>
      <w:r w:rsidR="00AC54B2" w:rsidRPr="007D5062">
        <w:rPr>
          <w:rFonts w:ascii="Calibri" w:hAnsi="Calibri" w:cs="Calibri"/>
        </w:rPr>
        <w:t>dimensiones pedagógicas</w:t>
      </w:r>
      <w:r w:rsidRPr="007D5062">
        <w:rPr>
          <w:rFonts w:ascii="Calibri" w:hAnsi="Calibri" w:cs="Calibri"/>
        </w:rPr>
        <w:t>, técnica, financiera, ambiental y comunitaria, indicando las acciones, responsables y mecanismos de seguimiento</w:t>
      </w:r>
    </w:p>
    <w:tbl>
      <w:tblPr>
        <w:tblpPr w:leftFromText="141" w:rightFromText="141" w:vertAnchor="text" w:horzAnchor="margin" w:tblpXSpec="center" w:tblpY="112"/>
        <w:tblW w:w="97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5"/>
        <w:gridCol w:w="1543"/>
        <w:gridCol w:w="2143"/>
        <w:gridCol w:w="1543"/>
        <w:gridCol w:w="1282"/>
        <w:gridCol w:w="1527"/>
      </w:tblGrid>
      <w:tr w:rsidR="0066306C" w:rsidRPr="007D5062" w14:paraId="73AC859A" w14:textId="77777777" w:rsidTr="00F45B49">
        <w:trPr>
          <w:trHeight w:val="274"/>
        </w:trPr>
        <w:tc>
          <w:tcPr>
            <w:tcW w:w="97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59547" w14:textId="77777777" w:rsidR="0066306C" w:rsidRPr="007D5062" w:rsidRDefault="0066306C" w:rsidP="0066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 xml:space="preserve">Plan de sostenibilidad </w:t>
            </w:r>
          </w:p>
        </w:tc>
      </w:tr>
      <w:tr w:rsidR="0066306C" w:rsidRPr="007D5062" w14:paraId="5EDFFC44" w14:textId="77777777" w:rsidTr="00F45B49">
        <w:trPr>
          <w:trHeight w:val="661"/>
        </w:trPr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E69B8" w14:textId="77777777" w:rsidR="0066306C" w:rsidRPr="007D5062" w:rsidRDefault="0066306C" w:rsidP="0066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Componente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A8C97" w14:textId="650C92F1" w:rsidR="0066306C" w:rsidRPr="007D5062" w:rsidRDefault="0066306C" w:rsidP="0066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 xml:space="preserve">Estrategia de </w:t>
            </w:r>
            <w:r w:rsidR="00CE44DD"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sostenibilidad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04109" w14:textId="77777777" w:rsidR="0066306C" w:rsidRPr="007D5062" w:rsidRDefault="0066306C" w:rsidP="0066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Actividades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C01B6" w14:textId="77777777" w:rsidR="0066306C" w:rsidRPr="007D5062" w:rsidRDefault="0066306C" w:rsidP="0066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Responsable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A7E4E" w14:textId="77777777" w:rsidR="0066306C" w:rsidRPr="007D5062" w:rsidRDefault="0066306C" w:rsidP="0066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Periodicidad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C525A" w14:textId="77777777" w:rsidR="0066306C" w:rsidRPr="007D5062" w:rsidRDefault="0066306C" w:rsidP="0066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Evidencias</w:t>
            </w:r>
          </w:p>
        </w:tc>
      </w:tr>
      <w:tr w:rsidR="0066306C" w:rsidRPr="007D5062" w14:paraId="183A30DD" w14:textId="77777777" w:rsidTr="00F45B49">
        <w:trPr>
          <w:trHeight w:val="879"/>
        </w:trPr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DB809" w14:textId="31D0624F" w:rsidR="0066306C" w:rsidRPr="007D5062" w:rsidRDefault="00CE44DD" w:rsidP="006630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Pedagógica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EA0A5C" w14:textId="304480E7" w:rsidR="0066306C" w:rsidRPr="007D5062" w:rsidRDefault="0066306C" w:rsidP="0066306C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EE0000"/>
                <w:lang w:eastAsia="es-CO"/>
              </w:rPr>
              <w:t xml:space="preserve">Integrar el PPP al </w:t>
            </w:r>
            <w:r w:rsidR="00CE44DD" w:rsidRPr="007D5062">
              <w:rPr>
                <w:rFonts w:ascii="Calibri" w:eastAsia="Times New Roman" w:hAnsi="Calibri" w:cs="Calibri"/>
                <w:color w:val="EE0000"/>
                <w:lang w:eastAsia="es-CO"/>
              </w:rPr>
              <w:t>currículo</w:t>
            </w:r>
            <w:r w:rsidRPr="007D5062">
              <w:rPr>
                <w:rFonts w:ascii="Calibri" w:eastAsia="Times New Roman" w:hAnsi="Calibri" w:cs="Calibri"/>
                <w:color w:val="EE0000"/>
                <w:lang w:eastAsia="es-CO"/>
              </w:rPr>
              <w:t xml:space="preserve"> institucional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9C4423" w14:textId="77777777" w:rsidR="0066306C" w:rsidRPr="007D5062" w:rsidRDefault="0066306C" w:rsidP="0066306C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EE0000"/>
                <w:lang w:eastAsia="es-CO"/>
              </w:rPr>
              <w:t>Incluir actividades del proyecto en los planes de aula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EECEF3" w14:textId="77777777" w:rsidR="0066306C" w:rsidRPr="007D5062" w:rsidRDefault="0066306C" w:rsidP="0066306C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EE0000"/>
                <w:lang w:eastAsia="es-CO"/>
              </w:rPr>
              <w:t>Rector y docentes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6311E" w14:textId="77777777" w:rsidR="0066306C" w:rsidRPr="007D5062" w:rsidRDefault="0066306C" w:rsidP="0066306C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EE0000"/>
                <w:lang w:eastAsia="es-CO"/>
              </w:rPr>
              <w:t>anual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73ADD" w14:textId="77777777" w:rsidR="0066306C" w:rsidRPr="007D5062" w:rsidRDefault="0066306C" w:rsidP="0066306C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EE0000"/>
                <w:lang w:eastAsia="es-CO"/>
              </w:rPr>
              <w:t>Planes</w:t>
            </w:r>
          </w:p>
        </w:tc>
      </w:tr>
      <w:tr w:rsidR="0066306C" w:rsidRPr="007D5062" w14:paraId="067DFB26" w14:textId="77777777" w:rsidTr="00F45B49">
        <w:trPr>
          <w:trHeight w:val="978"/>
        </w:trPr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15C70" w14:textId="77777777" w:rsidR="0066306C" w:rsidRPr="007D5062" w:rsidRDefault="0066306C" w:rsidP="006630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Técnica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F3F979" w14:textId="77777777" w:rsidR="0066306C" w:rsidRPr="007D5062" w:rsidRDefault="0066306C" w:rsidP="0066306C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EE0000"/>
                <w:lang w:eastAsia="es-CO"/>
              </w:rPr>
              <w:t>Garantizar mantenimiento de equipos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B6670F" w14:textId="52295B4E" w:rsidR="0066306C" w:rsidRPr="007D5062" w:rsidRDefault="0066306C" w:rsidP="0066306C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EE0000"/>
                <w:lang w:eastAsia="es-CO"/>
              </w:rPr>
              <w:t xml:space="preserve">elaborar </w:t>
            </w:r>
            <w:r w:rsidR="00CE44DD" w:rsidRPr="007D5062">
              <w:rPr>
                <w:rFonts w:ascii="Calibri" w:eastAsia="Times New Roman" w:hAnsi="Calibri" w:cs="Calibri"/>
                <w:color w:val="EE0000"/>
                <w:lang w:eastAsia="es-CO"/>
              </w:rPr>
              <w:t>cronograma</w:t>
            </w:r>
            <w:r w:rsidRPr="007D5062">
              <w:rPr>
                <w:rFonts w:ascii="Calibri" w:eastAsia="Times New Roman" w:hAnsi="Calibri" w:cs="Calibri"/>
                <w:color w:val="EE0000"/>
                <w:lang w:eastAsia="es-CO"/>
              </w:rPr>
              <w:t xml:space="preserve"> de mantenimiento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9C6497" w14:textId="080FBA4A" w:rsidR="0066306C" w:rsidRPr="007D5062" w:rsidRDefault="0066306C" w:rsidP="0066306C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EE0000"/>
                <w:lang w:eastAsia="es-CO"/>
              </w:rPr>
              <w:t xml:space="preserve">docente </w:t>
            </w:r>
            <w:r w:rsidR="00CE44DD" w:rsidRPr="007D5062">
              <w:rPr>
                <w:rFonts w:ascii="Calibri" w:eastAsia="Times New Roman" w:hAnsi="Calibri" w:cs="Calibri"/>
                <w:color w:val="EE0000"/>
                <w:lang w:eastAsia="es-CO"/>
              </w:rPr>
              <w:t>líder</w:t>
            </w:r>
            <w:r w:rsidRPr="007D5062">
              <w:rPr>
                <w:rFonts w:ascii="Calibri" w:eastAsia="Times New Roman" w:hAnsi="Calibri" w:cs="Calibri"/>
                <w:color w:val="EE0000"/>
                <w:lang w:eastAsia="es-CO"/>
              </w:rPr>
              <w:t>, rector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BF343" w14:textId="77777777" w:rsidR="0066306C" w:rsidRPr="007D5062" w:rsidRDefault="0066306C" w:rsidP="0066306C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EE0000"/>
                <w:lang w:eastAsia="es-CO"/>
              </w:rPr>
              <w:t>semestral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40154E" w14:textId="77777777" w:rsidR="0066306C" w:rsidRPr="007D5062" w:rsidRDefault="0066306C" w:rsidP="0066306C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EE0000"/>
                <w:lang w:eastAsia="es-CO"/>
              </w:rPr>
              <w:t>registro de mantenimiento</w:t>
            </w:r>
          </w:p>
        </w:tc>
      </w:tr>
      <w:tr w:rsidR="0066306C" w:rsidRPr="007D5062" w14:paraId="0769732C" w14:textId="77777777" w:rsidTr="0043248C">
        <w:trPr>
          <w:trHeight w:val="600"/>
        </w:trPr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8A1EB" w14:textId="77777777" w:rsidR="0066306C" w:rsidRPr="007D5062" w:rsidRDefault="0066306C" w:rsidP="006630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Financiera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8884B" w14:textId="77777777" w:rsidR="0066306C" w:rsidRPr="007D5062" w:rsidRDefault="0066306C" w:rsidP="006630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16981" w14:textId="77777777" w:rsidR="0066306C" w:rsidRPr="007D5062" w:rsidRDefault="0066306C" w:rsidP="006630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965E9" w14:textId="77777777" w:rsidR="0066306C" w:rsidRPr="007D5062" w:rsidRDefault="0066306C" w:rsidP="006630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772CA" w14:textId="77777777" w:rsidR="0066306C" w:rsidRPr="007D5062" w:rsidRDefault="0066306C" w:rsidP="006630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B6C5F" w14:textId="77777777" w:rsidR="0066306C" w:rsidRPr="007D5062" w:rsidRDefault="0066306C" w:rsidP="006630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66306C" w:rsidRPr="007D5062" w14:paraId="5171250B" w14:textId="77777777" w:rsidTr="0043248C">
        <w:trPr>
          <w:trHeight w:val="600"/>
        </w:trPr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41FCB" w14:textId="77777777" w:rsidR="0066306C" w:rsidRPr="007D5062" w:rsidRDefault="0066306C" w:rsidP="006630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Ambiental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4B385" w14:textId="77777777" w:rsidR="0066306C" w:rsidRPr="007D5062" w:rsidRDefault="0066306C" w:rsidP="006630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7CA0F" w14:textId="77777777" w:rsidR="0066306C" w:rsidRPr="007D5062" w:rsidRDefault="0066306C" w:rsidP="006630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F8BFF" w14:textId="77777777" w:rsidR="0066306C" w:rsidRPr="007D5062" w:rsidRDefault="0066306C" w:rsidP="006630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A9ADD" w14:textId="77777777" w:rsidR="0066306C" w:rsidRPr="007D5062" w:rsidRDefault="0066306C" w:rsidP="006630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3F955" w14:textId="77777777" w:rsidR="0066306C" w:rsidRPr="007D5062" w:rsidRDefault="0066306C" w:rsidP="006630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</w:tbl>
    <w:p w14:paraId="4B9B7DA4" w14:textId="77777777" w:rsidR="00D91800" w:rsidRPr="007D5062" w:rsidRDefault="00D91800" w:rsidP="00D91800">
      <w:pPr>
        <w:rPr>
          <w:rFonts w:ascii="Calibri" w:hAnsi="Calibri" w:cs="Calibri"/>
        </w:rPr>
      </w:pPr>
    </w:p>
    <w:p w14:paraId="54797097" w14:textId="77777777" w:rsidR="003152C4" w:rsidRPr="007D5062" w:rsidRDefault="003152C4" w:rsidP="00D91800">
      <w:pPr>
        <w:rPr>
          <w:rFonts w:ascii="Calibri" w:hAnsi="Calibri" w:cs="Calibri"/>
        </w:rPr>
      </w:pPr>
    </w:p>
    <w:p w14:paraId="65618561" w14:textId="77777777" w:rsidR="00F45B49" w:rsidRPr="007D5062" w:rsidRDefault="00F45B49" w:rsidP="00D91800">
      <w:pPr>
        <w:rPr>
          <w:rFonts w:ascii="Calibri" w:hAnsi="Calibri" w:cs="Calibri"/>
        </w:rPr>
      </w:pPr>
    </w:p>
    <w:p w14:paraId="09375E33" w14:textId="77777777" w:rsidR="00F45B49" w:rsidRPr="007D5062" w:rsidRDefault="00F45B49" w:rsidP="00D91800">
      <w:pPr>
        <w:rPr>
          <w:rFonts w:ascii="Calibri" w:hAnsi="Calibri" w:cs="Calibri"/>
        </w:rPr>
      </w:pPr>
    </w:p>
    <w:tbl>
      <w:tblPr>
        <w:tblW w:w="925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4"/>
        <w:gridCol w:w="1307"/>
        <w:gridCol w:w="3553"/>
        <w:gridCol w:w="2279"/>
      </w:tblGrid>
      <w:tr w:rsidR="0043248C" w:rsidRPr="007D5062" w14:paraId="210C718F" w14:textId="77777777" w:rsidTr="00065920">
        <w:trPr>
          <w:trHeight w:val="300"/>
          <w:jc w:val="center"/>
        </w:trPr>
        <w:tc>
          <w:tcPr>
            <w:tcW w:w="9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C1B35" w14:textId="77777777" w:rsidR="0043248C" w:rsidRPr="007D5062" w:rsidRDefault="0043248C" w:rsidP="000659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Matriz gestión del riesgo para la sostenibilidad</w:t>
            </w:r>
          </w:p>
        </w:tc>
      </w:tr>
      <w:tr w:rsidR="0043248C" w:rsidRPr="007D5062" w14:paraId="0B67B8CA" w14:textId="77777777" w:rsidTr="00065920">
        <w:trPr>
          <w:trHeight w:val="300"/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D425A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Riesgo identificado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77ADE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Impacto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1805E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Estrategia de mitigación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6A1BE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Responsable</w:t>
            </w:r>
          </w:p>
        </w:tc>
      </w:tr>
      <w:tr w:rsidR="0043248C" w:rsidRPr="007D5062" w14:paraId="734B316A" w14:textId="77777777" w:rsidTr="00065920">
        <w:trPr>
          <w:trHeight w:val="900"/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8CACB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EE0000"/>
                <w:lang w:eastAsia="es-CO"/>
              </w:rPr>
              <w:t>Cambio de docente líder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88412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EE0000"/>
                <w:lang w:eastAsia="es-CO"/>
              </w:rPr>
              <w:t>Alto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F7476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EE0000"/>
                <w:lang w:eastAsia="es-CO"/>
              </w:rPr>
              <w:t>Designar un equipo de apoyo y documentar el proceso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3CF79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EE0000"/>
                <w:lang w:eastAsia="es-CO"/>
              </w:rPr>
              <w:t>Rector</w:t>
            </w:r>
          </w:p>
        </w:tc>
      </w:tr>
      <w:tr w:rsidR="0043248C" w:rsidRPr="007D5062" w14:paraId="54438DCB" w14:textId="77777777" w:rsidTr="00065920">
        <w:trPr>
          <w:trHeight w:val="900"/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3B542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EE0000"/>
                <w:lang w:eastAsia="es-CO"/>
              </w:rPr>
              <w:t>Falta de recursos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D614B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EE0000"/>
                <w:lang w:eastAsia="es-CO"/>
              </w:rPr>
              <w:t>Alto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CA5C8D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EE0000"/>
                <w:lang w:eastAsia="es-CO"/>
              </w:rPr>
              <w:t>Gestionar nuevas alianzas y reinvertir ingresos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D730D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EE0000"/>
                <w:lang w:eastAsia="es-CO"/>
              </w:rPr>
              <w:t>Rectores docentes</w:t>
            </w:r>
          </w:p>
        </w:tc>
      </w:tr>
      <w:tr w:rsidR="0043248C" w:rsidRPr="007D5062" w14:paraId="15673186" w14:textId="77777777" w:rsidTr="00065920">
        <w:trPr>
          <w:trHeight w:val="300"/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376F1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6DF5C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37DCD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DEFD9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43248C" w:rsidRPr="007D5062" w14:paraId="547ABB6D" w14:textId="77777777" w:rsidTr="00065920">
        <w:trPr>
          <w:trHeight w:val="300"/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3A56A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DB523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AF38D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E6162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43248C" w:rsidRPr="007D5062" w14:paraId="3BD63C5F" w14:textId="77777777" w:rsidTr="00065920">
        <w:trPr>
          <w:trHeight w:val="300"/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521BD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BFAAB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C5600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C1CB5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43248C" w:rsidRPr="007D5062" w14:paraId="24F7D649" w14:textId="77777777" w:rsidTr="00065920">
        <w:trPr>
          <w:trHeight w:val="300"/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6E294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F07FA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1F535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8E7F7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D5062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43248C" w:rsidRPr="007D5062" w14:paraId="3461B00C" w14:textId="77777777" w:rsidTr="00065920">
        <w:trPr>
          <w:trHeight w:val="300"/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E4630B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B88380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98B8F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8BC06B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</w:tr>
      <w:tr w:rsidR="0043248C" w:rsidRPr="007D5062" w14:paraId="428B6783" w14:textId="77777777" w:rsidTr="00065920">
        <w:trPr>
          <w:trHeight w:val="519"/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B9AC5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  <w:p w14:paraId="2C5D4C50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455D40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171EF8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0BC4D8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</w:tr>
      <w:tr w:rsidR="0043248C" w:rsidRPr="007D5062" w14:paraId="5D60EE05" w14:textId="77777777" w:rsidTr="00065920">
        <w:trPr>
          <w:trHeight w:val="519"/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0EECA5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970E6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D043E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E88C72" w14:textId="77777777" w:rsidR="0043248C" w:rsidRPr="007D5062" w:rsidRDefault="0043248C" w:rsidP="000659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</w:tr>
    </w:tbl>
    <w:p w14:paraId="5F539C62" w14:textId="77777777" w:rsidR="00BF19B4" w:rsidRPr="007D5062" w:rsidRDefault="00BF19B4" w:rsidP="00BF19B4"/>
    <w:p w14:paraId="7EF99740" w14:textId="4D5C0C60" w:rsidR="00BF19B4" w:rsidRPr="007D5062" w:rsidRDefault="00BF19B4" w:rsidP="00BF19B4">
      <w:pPr>
        <w:jc w:val="both"/>
      </w:pPr>
      <w:r w:rsidRPr="007D5062">
        <w:rPr>
          <w:rFonts w:ascii="Calibri" w:hAnsi="Calibri" w:cs="Calibri"/>
        </w:rPr>
        <w:t>El Rector(a) y el docente líder certifican que la información registrada en el presente formato es veraz, que el proyecto fue construido de manera participativa, que se encuentra articulado al Proyecto Educativo Institucional y que los recursos solicitados serán destinados exclusivamente para el desarrollo del Proyecto Pedagógico Productivo, conforme a los lineamientos establecidos por la Secretaría de Educación del Tolima</w:t>
      </w:r>
      <w:r w:rsidRPr="007D5062">
        <w:t>.</w:t>
      </w:r>
    </w:p>
    <w:p w14:paraId="0B19D172" w14:textId="535F13DB" w:rsidR="00BF19B4" w:rsidRPr="007D5062" w:rsidRDefault="00BF19B4" w:rsidP="00BF19B4">
      <w:pPr>
        <w:jc w:val="both"/>
      </w:pPr>
      <w:r w:rsidRPr="007D5062">
        <w:t>Rector: _______________________________________</w:t>
      </w:r>
    </w:p>
    <w:p w14:paraId="4154491A" w14:textId="7EF0AAE7" w:rsidR="00BF19B4" w:rsidRPr="007D5062" w:rsidRDefault="00F45B49" w:rsidP="00BF19B4">
      <w:pPr>
        <w:jc w:val="both"/>
      </w:pPr>
      <w:r w:rsidRPr="007D5062">
        <w:t>Firma: _</w:t>
      </w:r>
      <w:r w:rsidR="00BF19B4" w:rsidRPr="007D5062">
        <w:t>______________________________________</w:t>
      </w:r>
    </w:p>
    <w:p w14:paraId="15C224BB" w14:textId="793C5659" w:rsidR="00BF19B4" w:rsidRPr="007D5062" w:rsidRDefault="00BF19B4" w:rsidP="00BF19B4">
      <w:pPr>
        <w:jc w:val="both"/>
        <w:rPr>
          <w:rFonts w:ascii="Calibri" w:hAnsi="Calibri" w:cs="Calibri"/>
          <w:color w:val="000000" w:themeColor="text1"/>
        </w:rPr>
      </w:pPr>
      <w:r w:rsidRPr="007D5062">
        <w:t>I.E._________________________________________</w:t>
      </w:r>
    </w:p>
    <w:p w14:paraId="4650ABBE" w14:textId="31D62296" w:rsidR="00D26B6F" w:rsidRPr="007D5062" w:rsidRDefault="00536DF1">
      <w:pPr>
        <w:pStyle w:val="Ttulo1"/>
        <w:rPr>
          <w:rFonts w:ascii="Calibri" w:hAnsi="Calibri" w:cs="Calibri"/>
          <w:color w:val="000000" w:themeColor="text1"/>
          <w:sz w:val="22"/>
          <w:szCs w:val="22"/>
        </w:rPr>
      </w:pPr>
      <w:r w:rsidRPr="007D5062">
        <w:rPr>
          <w:rFonts w:ascii="Calibri" w:hAnsi="Calibri" w:cs="Calibri"/>
          <w:color w:val="000000" w:themeColor="text1"/>
          <w:sz w:val="22"/>
          <w:szCs w:val="22"/>
        </w:rPr>
        <w:t>1</w:t>
      </w:r>
      <w:r w:rsidR="004954F3" w:rsidRPr="007D5062">
        <w:rPr>
          <w:rFonts w:ascii="Calibri" w:hAnsi="Calibri" w:cs="Calibri"/>
          <w:color w:val="000000" w:themeColor="text1"/>
          <w:sz w:val="22"/>
          <w:szCs w:val="22"/>
        </w:rPr>
        <w:t>2</w:t>
      </w:r>
      <w:r w:rsidRPr="007D5062">
        <w:rPr>
          <w:rFonts w:ascii="Calibri" w:hAnsi="Calibri" w:cs="Calibri"/>
          <w:color w:val="000000" w:themeColor="text1"/>
          <w:sz w:val="22"/>
          <w:szCs w:val="22"/>
        </w:rPr>
        <w:t>. ANEXOS OBLIGATORIOS</w:t>
      </w:r>
    </w:p>
    <w:p w14:paraId="623A1A23" w14:textId="3ECDE887" w:rsidR="00AB5274" w:rsidRPr="007D5062" w:rsidRDefault="008C41A8" w:rsidP="004954F3">
      <w:pPr>
        <w:pStyle w:val="Sinespaciado"/>
        <w:numPr>
          <w:ilvl w:val="0"/>
          <w:numId w:val="20"/>
        </w:numPr>
        <w:rPr>
          <w:rFonts w:ascii="Calibri" w:hAnsi="Calibri" w:cs="Calibri"/>
          <w:lang w:val="es-CO"/>
        </w:rPr>
      </w:pPr>
      <w:r w:rsidRPr="007D5062">
        <w:rPr>
          <w:rFonts w:ascii="Calibri" w:hAnsi="Calibri" w:cs="Calibri"/>
          <w:lang w:val="es-CO"/>
        </w:rPr>
        <w:t xml:space="preserve">Carta de </w:t>
      </w:r>
      <w:r w:rsidR="004954F3" w:rsidRPr="007D5062">
        <w:rPr>
          <w:rFonts w:ascii="Calibri" w:hAnsi="Calibri" w:cs="Calibri"/>
          <w:lang w:val="es-CO"/>
        </w:rPr>
        <w:t>Inten</w:t>
      </w:r>
      <w:r w:rsidR="00BF19B4" w:rsidRPr="007D5062">
        <w:rPr>
          <w:rFonts w:ascii="Calibri" w:hAnsi="Calibri" w:cs="Calibri"/>
          <w:lang w:val="es-CO"/>
        </w:rPr>
        <w:t>ci</w:t>
      </w:r>
      <w:r w:rsidR="004954F3" w:rsidRPr="007D5062">
        <w:rPr>
          <w:rFonts w:ascii="Calibri" w:hAnsi="Calibri" w:cs="Calibri"/>
          <w:lang w:val="es-CO"/>
        </w:rPr>
        <w:t>ón</w:t>
      </w:r>
      <w:r w:rsidRPr="007D5062">
        <w:rPr>
          <w:rFonts w:ascii="Calibri" w:hAnsi="Calibri" w:cs="Calibri"/>
          <w:lang w:val="es-CO"/>
        </w:rPr>
        <w:t xml:space="preserve"> </w:t>
      </w:r>
    </w:p>
    <w:p w14:paraId="083E0B5A" w14:textId="138CF806" w:rsidR="008C41A8" w:rsidRPr="007D5062" w:rsidRDefault="008C41A8" w:rsidP="004954F3">
      <w:pPr>
        <w:pStyle w:val="Sinespaciado"/>
        <w:numPr>
          <w:ilvl w:val="0"/>
          <w:numId w:val="20"/>
        </w:numPr>
        <w:rPr>
          <w:rFonts w:ascii="Calibri" w:hAnsi="Calibri" w:cs="Calibri"/>
          <w:lang w:val="es-CO"/>
        </w:rPr>
      </w:pPr>
      <w:r w:rsidRPr="007D5062">
        <w:rPr>
          <w:rFonts w:ascii="Calibri" w:hAnsi="Calibri" w:cs="Calibri"/>
          <w:lang w:val="es-CO"/>
        </w:rPr>
        <w:t xml:space="preserve">Cotizaciones </w:t>
      </w:r>
    </w:p>
    <w:p w14:paraId="6A7635F9" w14:textId="445DFFF3" w:rsidR="008C41A8" w:rsidRPr="004954F3" w:rsidRDefault="004954F3" w:rsidP="004954F3">
      <w:pPr>
        <w:pStyle w:val="Sinespaciado"/>
        <w:numPr>
          <w:ilvl w:val="0"/>
          <w:numId w:val="20"/>
        </w:numPr>
        <w:rPr>
          <w:rFonts w:ascii="Calibri" w:hAnsi="Calibri" w:cs="Calibri"/>
        </w:rPr>
      </w:pPr>
      <w:r w:rsidRPr="007D5062">
        <w:rPr>
          <w:rFonts w:ascii="Calibri" w:hAnsi="Calibri" w:cs="Calibri"/>
          <w:lang w:val="es-CO"/>
        </w:rPr>
        <w:t>Acta del consejo directivo</w:t>
      </w:r>
    </w:p>
    <w:sectPr w:rsidR="008C41A8" w:rsidRPr="004954F3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DAE4E" w14:textId="77777777" w:rsidR="003D1E19" w:rsidRPr="007D5062" w:rsidRDefault="003D1E19" w:rsidP="00592157">
      <w:pPr>
        <w:spacing w:after="0" w:line="240" w:lineRule="auto"/>
      </w:pPr>
      <w:r w:rsidRPr="007D5062">
        <w:separator/>
      </w:r>
    </w:p>
  </w:endnote>
  <w:endnote w:type="continuationSeparator" w:id="0">
    <w:p w14:paraId="32BB180A" w14:textId="77777777" w:rsidR="003D1E19" w:rsidRPr="007D5062" w:rsidRDefault="003D1E19" w:rsidP="00592157">
      <w:pPr>
        <w:spacing w:after="0" w:line="240" w:lineRule="auto"/>
      </w:pPr>
      <w:r w:rsidRPr="007D50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ECFDA" w14:textId="77777777" w:rsidR="00DC5857" w:rsidRPr="007D5062" w:rsidRDefault="00DC5857" w:rsidP="00DC585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000000"/>
        <w:sz w:val="24"/>
        <w:szCs w:val="24"/>
        <w:lang w:eastAsia="es-CO"/>
      </w:rPr>
    </w:pPr>
    <w:r w:rsidRPr="007D5062">
      <w:rPr>
        <w:rFonts w:ascii="Calibri" w:eastAsia="Calibri" w:hAnsi="Calibri" w:cs="Calibri"/>
        <w:sz w:val="24"/>
        <w:szCs w:val="24"/>
        <w:lang w:eastAsia="es-CO"/>
      </w:rPr>
      <w:t>Edificio Gobernación del Tolima - Carrera 3 entre calle 10 y 11</w:t>
    </w:r>
    <w:r w:rsidRPr="007D5062">
      <w:rPr>
        <w:rFonts w:ascii="Tahoma" w:eastAsia="Tahoma" w:hAnsi="Tahoma" w:cs="Tahoma"/>
        <w:lang w:eastAsia="es-CO"/>
      </w:rPr>
      <w:drawing>
        <wp:anchor distT="0" distB="0" distL="0" distR="0" simplePos="0" relativeHeight="251662336" behindDoc="1" locked="0" layoutInCell="1" hidden="0" allowOverlap="1" wp14:anchorId="02E8B26B" wp14:editId="34116CA4">
          <wp:simplePos x="0" y="0"/>
          <wp:positionH relativeFrom="column">
            <wp:posOffset>-1843413</wp:posOffset>
          </wp:positionH>
          <wp:positionV relativeFrom="paragraph">
            <wp:posOffset>270134</wp:posOffset>
          </wp:positionV>
          <wp:extent cx="8559854" cy="628575"/>
          <wp:effectExtent l="0" t="0" r="0" b="0"/>
          <wp:wrapNone/>
          <wp:docPr id="4" name="image4.png" descr="MEMBRETE/Recurso%20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MEMBRETE/Recurso%20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559854" cy="628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1139E1E" w14:textId="77777777" w:rsidR="00592157" w:rsidRPr="007D5062" w:rsidRDefault="0059215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AA3AC" w14:textId="77777777" w:rsidR="003D1E19" w:rsidRPr="007D5062" w:rsidRDefault="003D1E19" w:rsidP="00592157">
      <w:pPr>
        <w:spacing w:after="0" w:line="240" w:lineRule="auto"/>
      </w:pPr>
      <w:r w:rsidRPr="007D5062">
        <w:separator/>
      </w:r>
    </w:p>
  </w:footnote>
  <w:footnote w:type="continuationSeparator" w:id="0">
    <w:p w14:paraId="5CE898F1" w14:textId="77777777" w:rsidR="003D1E19" w:rsidRPr="007D5062" w:rsidRDefault="003D1E19" w:rsidP="00592157">
      <w:pPr>
        <w:spacing w:after="0" w:line="240" w:lineRule="auto"/>
      </w:pPr>
      <w:r w:rsidRPr="007D50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820CF" w14:textId="77777777" w:rsidR="00592157" w:rsidRPr="007D5062" w:rsidRDefault="00592157" w:rsidP="0059215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299"/>
      </w:tabs>
      <w:spacing w:after="0" w:line="240" w:lineRule="auto"/>
      <w:jc w:val="center"/>
      <w:rPr>
        <w:rFonts w:ascii="Calibri" w:eastAsia="Calibri" w:hAnsi="Calibri" w:cs="Calibri"/>
        <w:b/>
        <w:color w:val="000000"/>
        <w:sz w:val="24"/>
        <w:szCs w:val="24"/>
        <w:lang w:eastAsia="es-CO"/>
      </w:rPr>
    </w:pPr>
    <w:r w:rsidRPr="007D5062">
      <w:rPr>
        <w:rFonts w:ascii="Tahoma" w:eastAsia="Tahoma" w:hAnsi="Tahoma" w:cs="Tahoma"/>
        <w:lang w:eastAsia="es-CO"/>
      </w:rPr>
      <w:drawing>
        <wp:anchor distT="0" distB="0" distL="0" distR="0" simplePos="0" relativeHeight="251660288" behindDoc="1" locked="0" layoutInCell="1" hidden="0" allowOverlap="1" wp14:anchorId="45D2AEF3" wp14:editId="3E8E844F">
          <wp:simplePos x="0" y="0"/>
          <wp:positionH relativeFrom="column">
            <wp:posOffset>-714375</wp:posOffset>
          </wp:positionH>
          <wp:positionV relativeFrom="paragraph">
            <wp:posOffset>-382016</wp:posOffset>
          </wp:positionV>
          <wp:extent cx="1310640" cy="1158240"/>
          <wp:effectExtent l="0" t="0" r="0" b="0"/>
          <wp:wrapNone/>
          <wp:docPr id="3" name="image3.png" descr="MEMBRETE/LOGO-MEMBRETE-GOBERNACION-DEL-TOLIMA-202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MEMBRETE/LOGO-MEMBRETE-GOBERNACION-DEL-TOLIMA-202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10640" cy="115824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D5062">
      <w:rPr>
        <w:rFonts w:ascii="Tahoma" w:eastAsia="Tahoma" w:hAnsi="Tahoma" w:cs="Tahoma"/>
        <w:lang w:eastAsia="es-CO"/>
      </w:rPr>
      <w:drawing>
        <wp:anchor distT="0" distB="0" distL="0" distR="0" simplePos="0" relativeHeight="251659264" behindDoc="1" locked="0" layoutInCell="1" hidden="0" allowOverlap="1" wp14:anchorId="7C7690FB" wp14:editId="6BA4D58E">
          <wp:simplePos x="0" y="0"/>
          <wp:positionH relativeFrom="column">
            <wp:posOffset>4403217</wp:posOffset>
          </wp:positionH>
          <wp:positionV relativeFrom="paragraph">
            <wp:posOffset>-319532</wp:posOffset>
          </wp:positionV>
          <wp:extent cx="1818128" cy="929494"/>
          <wp:effectExtent l="0" t="0" r="0" b="0"/>
          <wp:wrapNone/>
          <wp:docPr id="2" name="image2.png" descr="MEMBRETE/REDES-MEMBRETE-GOBERNACION-DEL-TOLIMA-202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MEMBRETE/REDES-MEMBRETE-GOBERNACION-DEL-TOLIMA-202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8128" cy="92949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7D5062">
      <w:rPr>
        <w:rFonts w:ascii="Calibri" w:eastAsia="Calibri" w:hAnsi="Calibri" w:cs="Calibri"/>
        <w:b/>
        <w:color w:val="000000"/>
        <w:sz w:val="24"/>
        <w:szCs w:val="24"/>
        <w:lang w:eastAsia="es-CO"/>
      </w:rPr>
      <w:t>GOBER</w:t>
    </w:r>
    <w:r w:rsidRPr="007D5062">
      <w:rPr>
        <w:rFonts w:ascii="Calibri" w:eastAsia="Calibri" w:hAnsi="Calibri" w:cs="Calibri"/>
        <w:b/>
        <w:sz w:val="24"/>
        <w:szCs w:val="24"/>
        <w:lang w:eastAsia="es-CO"/>
      </w:rPr>
      <w:t xml:space="preserve">NACIÓN </w:t>
    </w:r>
    <w:r w:rsidRPr="007D5062">
      <w:rPr>
        <w:rFonts w:ascii="Calibri" w:eastAsia="Calibri" w:hAnsi="Calibri" w:cs="Calibri"/>
        <w:b/>
        <w:color w:val="000000"/>
        <w:sz w:val="24"/>
        <w:szCs w:val="24"/>
        <w:lang w:eastAsia="es-CO"/>
      </w:rPr>
      <w:t>DEL TOLIMA</w:t>
    </w:r>
  </w:p>
  <w:p w14:paraId="2A9F6C62" w14:textId="77777777" w:rsidR="00592157" w:rsidRPr="007D5062" w:rsidRDefault="00592157" w:rsidP="0059215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center" w:pos="4419"/>
        <w:tab w:val="right" w:pos="8504"/>
        <w:tab w:val="left" w:pos="1299"/>
        <w:tab w:val="right" w:pos="8838"/>
      </w:tabs>
      <w:spacing w:after="0" w:line="240" w:lineRule="auto"/>
      <w:rPr>
        <w:rFonts w:ascii="Calibri" w:eastAsia="Calibri" w:hAnsi="Calibri" w:cs="Calibri"/>
        <w:sz w:val="24"/>
        <w:szCs w:val="24"/>
        <w:lang w:eastAsia="es-CO"/>
      </w:rPr>
    </w:pPr>
    <w:r w:rsidRPr="007D5062">
      <w:rPr>
        <w:rFonts w:ascii="Calibri" w:eastAsia="Calibri" w:hAnsi="Calibri" w:cs="Calibri"/>
        <w:sz w:val="24"/>
        <w:szCs w:val="24"/>
        <w:lang w:eastAsia="es-CO"/>
      </w:rPr>
      <w:tab/>
      <w:t>NIT:800.113.6727</w:t>
    </w:r>
    <w:r w:rsidRPr="007D5062">
      <w:rPr>
        <w:rFonts w:ascii="Calibri" w:eastAsia="Calibri" w:hAnsi="Calibri" w:cs="Calibri"/>
        <w:sz w:val="24"/>
        <w:szCs w:val="24"/>
        <w:lang w:eastAsia="es-CO"/>
      </w:rPr>
      <w:tab/>
    </w:r>
    <w:r w:rsidRPr="007D5062">
      <w:rPr>
        <w:rFonts w:ascii="Calibri" w:eastAsia="Calibri" w:hAnsi="Calibri" w:cs="Calibri"/>
        <w:sz w:val="24"/>
        <w:szCs w:val="24"/>
        <w:lang w:eastAsia="es-CO"/>
      </w:rPr>
      <w:tab/>
    </w:r>
  </w:p>
  <w:p w14:paraId="410DB482" w14:textId="77777777" w:rsidR="00592157" w:rsidRPr="007D5062" w:rsidRDefault="00592157" w:rsidP="0059215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299"/>
      </w:tabs>
      <w:spacing w:after="0" w:line="240" w:lineRule="auto"/>
      <w:jc w:val="center"/>
      <w:rPr>
        <w:rFonts w:ascii="Calibri" w:eastAsia="Calibri" w:hAnsi="Calibri" w:cs="Calibri"/>
        <w:b/>
        <w:color w:val="000000"/>
        <w:sz w:val="24"/>
        <w:szCs w:val="24"/>
        <w:lang w:eastAsia="es-CO"/>
      </w:rPr>
    </w:pPr>
    <w:r w:rsidRPr="007D5062">
      <w:rPr>
        <w:rFonts w:ascii="Calibri" w:eastAsia="Calibri" w:hAnsi="Calibri" w:cs="Calibri"/>
        <w:b/>
        <w:sz w:val="24"/>
        <w:szCs w:val="24"/>
        <w:lang w:eastAsia="es-CO"/>
      </w:rPr>
      <w:t>SECRETARÍA DE EDUCACIÓN</w:t>
    </w:r>
  </w:p>
  <w:p w14:paraId="2383E155" w14:textId="77777777" w:rsidR="00592157" w:rsidRPr="007D5062" w:rsidRDefault="0059215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39C31ED"/>
    <w:multiLevelType w:val="hybridMultilevel"/>
    <w:tmpl w:val="A5A8A3B8"/>
    <w:lvl w:ilvl="0" w:tplc="2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604EC2"/>
    <w:multiLevelType w:val="hybridMultilevel"/>
    <w:tmpl w:val="876A559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474AAF"/>
    <w:multiLevelType w:val="hybridMultilevel"/>
    <w:tmpl w:val="830278E0"/>
    <w:lvl w:ilvl="0" w:tplc="2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7B0460"/>
    <w:multiLevelType w:val="hybridMultilevel"/>
    <w:tmpl w:val="40F08248"/>
    <w:lvl w:ilvl="0" w:tplc="24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49D6D03"/>
    <w:multiLevelType w:val="hybridMultilevel"/>
    <w:tmpl w:val="4EBAC05C"/>
    <w:lvl w:ilvl="0" w:tplc="2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A76116"/>
    <w:multiLevelType w:val="hybridMultilevel"/>
    <w:tmpl w:val="858A5EA6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2E6BDC"/>
    <w:multiLevelType w:val="hybridMultilevel"/>
    <w:tmpl w:val="6228F102"/>
    <w:lvl w:ilvl="0" w:tplc="2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D54A30"/>
    <w:multiLevelType w:val="hybridMultilevel"/>
    <w:tmpl w:val="29C609DC"/>
    <w:lvl w:ilvl="0" w:tplc="240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D7689C"/>
    <w:multiLevelType w:val="hybridMultilevel"/>
    <w:tmpl w:val="EBBE6274"/>
    <w:lvl w:ilvl="0" w:tplc="2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2F27D2"/>
    <w:multiLevelType w:val="multilevel"/>
    <w:tmpl w:val="DBCE1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B5A05C5"/>
    <w:multiLevelType w:val="hybridMultilevel"/>
    <w:tmpl w:val="9152804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4456331">
    <w:abstractNumId w:val="8"/>
  </w:num>
  <w:num w:numId="2" w16cid:durableId="1666468824">
    <w:abstractNumId w:val="6"/>
  </w:num>
  <w:num w:numId="3" w16cid:durableId="1183741592">
    <w:abstractNumId w:val="5"/>
  </w:num>
  <w:num w:numId="4" w16cid:durableId="892233042">
    <w:abstractNumId w:val="4"/>
  </w:num>
  <w:num w:numId="5" w16cid:durableId="881869208">
    <w:abstractNumId w:val="7"/>
  </w:num>
  <w:num w:numId="6" w16cid:durableId="495463651">
    <w:abstractNumId w:val="3"/>
  </w:num>
  <w:num w:numId="7" w16cid:durableId="1809083473">
    <w:abstractNumId w:val="2"/>
  </w:num>
  <w:num w:numId="8" w16cid:durableId="220216702">
    <w:abstractNumId w:val="1"/>
  </w:num>
  <w:num w:numId="9" w16cid:durableId="129061819">
    <w:abstractNumId w:val="0"/>
  </w:num>
  <w:num w:numId="10" w16cid:durableId="473569192">
    <w:abstractNumId w:val="19"/>
  </w:num>
  <w:num w:numId="11" w16cid:durableId="1299412792">
    <w:abstractNumId w:val="12"/>
  </w:num>
  <w:num w:numId="12" w16cid:durableId="943805934">
    <w:abstractNumId w:val="15"/>
  </w:num>
  <w:num w:numId="13" w16cid:durableId="880745044">
    <w:abstractNumId w:val="10"/>
  </w:num>
  <w:num w:numId="14" w16cid:durableId="746610346">
    <w:abstractNumId w:val="14"/>
  </w:num>
  <w:num w:numId="15" w16cid:durableId="215895417">
    <w:abstractNumId w:val="9"/>
  </w:num>
  <w:num w:numId="16" w16cid:durableId="1162817393">
    <w:abstractNumId w:val="13"/>
  </w:num>
  <w:num w:numId="17" w16cid:durableId="1788619252">
    <w:abstractNumId w:val="11"/>
  </w:num>
  <w:num w:numId="18" w16cid:durableId="693766676">
    <w:abstractNumId w:val="18"/>
  </w:num>
  <w:num w:numId="19" w16cid:durableId="1567448854">
    <w:abstractNumId w:val="16"/>
  </w:num>
  <w:num w:numId="20" w16cid:durableId="189504320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6A1"/>
    <w:rsid w:val="00034616"/>
    <w:rsid w:val="00036A96"/>
    <w:rsid w:val="00043DCE"/>
    <w:rsid w:val="0006063C"/>
    <w:rsid w:val="000819EB"/>
    <w:rsid w:val="0009532F"/>
    <w:rsid w:val="000B4851"/>
    <w:rsid w:val="000C2C68"/>
    <w:rsid w:val="0015074B"/>
    <w:rsid w:val="001541BD"/>
    <w:rsid w:val="00190387"/>
    <w:rsid w:val="001B74F2"/>
    <w:rsid w:val="001C563E"/>
    <w:rsid w:val="00212001"/>
    <w:rsid w:val="00231F5C"/>
    <w:rsid w:val="002526BB"/>
    <w:rsid w:val="00264838"/>
    <w:rsid w:val="002957D1"/>
    <w:rsid w:val="0029639D"/>
    <w:rsid w:val="002A0E9B"/>
    <w:rsid w:val="002C5B7A"/>
    <w:rsid w:val="002D71BB"/>
    <w:rsid w:val="0030610E"/>
    <w:rsid w:val="003152C4"/>
    <w:rsid w:val="00326F90"/>
    <w:rsid w:val="0034070C"/>
    <w:rsid w:val="00372D91"/>
    <w:rsid w:val="003861F5"/>
    <w:rsid w:val="00387CA3"/>
    <w:rsid w:val="003B2126"/>
    <w:rsid w:val="003D1E19"/>
    <w:rsid w:val="003D22CB"/>
    <w:rsid w:val="003F6A16"/>
    <w:rsid w:val="0043248C"/>
    <w:rsid w:val="00444CE8"/>
    <w:rsid w:val="0048671F"/>
    <w:rsid w:val="004954F3"/>
    <w:rsid w:val="004E2AD0"/>
    <w:rsid w:val="004E4959"/>
    <w:rsid w:val="00536DF1"/>
    <w:rsid w:val="005410E2"/>
    <w:rsid w:val="00573D27"/>
    <w:rsid w:val="005828B9"/>
    <w:rsid w:val="00592157"/>
    <w:rsid w:val="005E14DD"/>
    <w:rsid w:val="005F1E6D"/>
    <w:rsid w:val="0061619D"/>
    <w:rsid w:val="0066306C"/>
    <w:rsid w:val="006A4A5D"/>
    <w:rsid w:val="006B24CE"/>
    <w:rsid w:val="006C48E0"/>
    <w:rsid w:val="006F4FA0"/>
    <w:rsid w:val="00756AF9"/>
    <w:rsid w:val="007C3D5C"/>
    <w:rsid w:val="007D2FB2"/>
    <w:rsid w:val="007D5062"/>
    <w:rsid w:val="008029B0"/>
    <w:rsid w:val="008C41A8"/>
    <w:rsid w:val="0099115C"/>
    <w:rsid w:val="009D7502"/>
    <w:rsid w:val="00A06D8E"/>
    <w:rsid w:val="00A8391B"/>
    <w:rsid w:val="00AA1D8D"/>
    <w:rsid w:val="00AB5274"/>
    <w:rsid w:val="00AC54B2"/>
    <w:rsid w:val="00B125BE"/>
    <w:rsid w:val="00B47730"/>
    <w:rsid w:val="00B60D3F"/>
    <w:rsid w:val="00B66971"/>
    <w:rsid w:val="00B77090"/>
    <w:rsid w:val="00BE040B"/>
    <w:rsid w:val="00BF19B4"/>
    <w:rsid w:val="00C46DBE"/>
    <w:rsid w:val="00C53EBD"/>
    <w:rsid w:val="00C603F9"/>
    <w:rsid w:val="00C668C0"/>
    <w:rsid w:val="00CB0664"/>
    <w:rsid w:val="00CE44DD"/>
    <w:rsid w:val="00D15DC0"/>
    <w:rsid w:val="00D26B6F"/>
    <w:rsid w:val="00D91800"/>
    <w:rsid w:val="00DC361A"/>
    <w:rsid w:val="00DC5857"/>
    <w:rsid w:val="00DD1701"/>
    <w:rsid w:val="00E622D3"/>
    <w:rsid w:val="00E63E77"/>
    <w:rsid w:val="00E672A9"/>
    <w:rsid w:val="00E97092"/>
    <w:rsid w:val="00F45B49"/>
    <w:rsid w:val="00F47FFD"/>
    <w:rsid w:val="00FC693F"/>
    <w:rsid w:val="00FF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E9C05115-7586-4F14-9E52-E91F67CA0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lang w:val="es-CO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aconcuadrcula1">
    <w:name w:val="Tabla con cuadrícula1"/>
    <w:basedOn w:val="Tablanormal"/>
    <w:next w:val="Tablaconcuadrcula"/>
    <w:uiPriority w:val="39"/>
    <w:rsid w:val="004E4959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043DCE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13</Pages>
  <Words>1790</Words>
  <Characters>9846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ANDREA LISETTE BELTRAN SANCHEZ</cp:lastModifiedBy>
  <cp:revision>67</cp:revision>
  <dcterms:created xsi:type="dcterms:W3CDTF">2026-06-25T20:42:00Z</dcterms:created>
  <dcterms:modified xsi:type="dcterms:W3CDTF">2026-07-16T15:59:00Z</dcterms:modified>
  <cp:category/>
</cp:coreProperties>
</file>